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4B967" w14:textId="1B4276BC" w:rsidR="00F00321" w:rsidRPr="00195833" w:rsidRDefault="006861EF" w:rsidP="006861EF">
      <w:pPr>
        <w:rPr>
          <w:rFonts w:ascii="Arial" w:hAnsi="Arial" w:cs="Arial"/>
          <w:sz w:val="22"/>
        </w:rPr>
      </w:pPr>
      <w:r w:rsidRPr="00195833">
        <w:rPr>
          <w:rFonts w:ascii="Arial" w:hAnsi="Arial" w:cs="Arial"/>
          <w:noProof/>
          <w:sz w:val="22"/>
        </w:rPr>
        <w:t xml:space="preserve">  </w:t>
      </w:r>
      <w:r w:rsidRPr="00195833">
        <w:rPr>
          <w:rFonts w:ascii="Arial" w:hAnsi="Arial" w:cs="Arial"/>
          <w:noProof/>
          <w:sz w:val="22"/>
        </w:rPr>
        <w:drawing>
          <wp:inline distT="0" distB="0" distL="0" distR="0" wp14:anchorId="1AAC1599" wp14:editId="2B338F11">
            <wp:extent cx="708660" cy="706769"/>
            <wp:effectExtent l="0" t="0" r="0" b="0"/>
            <wp:docPr id="673797037" name="Grafický 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797037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050" cy="711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5833">
        <w:rPr>
          <w:rFonts w:ascii="Arial" w:hAnsi="Arial" w:cs="Arial"/>
          <w:b/>
          <w:sz w:val="22"/>
        </w:rPr>
        <w:t xml:space="preserve">                                      </w:t>
      </w:r>
      <w:r w:rsidRPr="00195833">
        <w:rPr>
          <w:rFonts w:ascii="Arial" w:hAnsi="Arial" w:cs="Arial"/>
          <w:b/>
          <w:bCs/>
          <w:sz w:val="22"/>
        </w:rPr>
        <w:t xml:space="preserve"> </w:t>
      </w:r>
      <w:r w:rsidRPr="00195833">
        <w:rPr>
          <w:rFonts w:ascii="Arial" w:hAnsi="Arial" w:cs="Arial"/>
          <w:b/>
          <w:bCs/>
          <w:noProof/>
          <w:sz w:val="22"/>
        </w:rPr>
        <w:t>Vážení spoluobčané</w:t>
      </w:r>
    </w:p>
    <w:p w14:paraId="5A298825" w14:textId="77777777" w:rsidR="00F00321" w:rsidRPr="00195833" w:rsidRDefault="002A125B" w:rsidP="0018443F">
      <w:pPr>
        <w:spacing w:after="120"/>
        <w:jc w:val="both"/>
        <w:rPr>
          <w:rFonts w:ascii="Arial" w:hAnsi="Arial" w:cs="Arial"/>
          <w:sz w:val="22"/>
        </w:rPr>
      </w:pPr>
      <w:proofErr w:type="spellStart"/>
      <w:r w:rsidRPr="00195833">
        <w:rPr>
          <w:rFonts w:ascii="Arial" w:hAnsi="Arial" w:cs="Arial"/>
          <w:sz w:val="22"/>
        </w:rPr>
        <w:t>Již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tři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volební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období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jste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nám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dali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důvěru</w:t>
      </w:r>
      <w:proofErr w:type="spellEnd"/>
      <w:r w:rsidRPr="00195833">
        <w:rPr>
          <w:rFonts w:ascii="Arial" w:hAnsi="Arial" w:cs="Arial"/>
          <w:sz w:val="22"/>
        </w:rPr>
        <w:t xml:space="preserve">, </w:t>
      </w:r>
      <w:proofErr w:type="spellStart"/>
      <w:r w:rsidRPr="00195833">
        <w:rPr>
          <w:rFonts w:ascii="Arial" w:hAnsi="Arial" w:cs="Arial"/>
          <w:sz w:val="22"/>
        </w:rPr>
        <w:t>abychom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vedli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naši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obec</w:t>
      </w:r>
      <w:proofErr w:type="spellEnd"/>
      <w:r w:rsidRPr="00195833">
        <w:rPr>
          <w:rFonts w:ascii="Arial" w:hAnsi="Arial" w:cs="Arial"/>
          <w:sz w:val="22"/>
        </w:rPr>
        <w:t xml:space="preserve">. </w:t>
      </w:r>
      <w:proofErr w:type="spellStart"/>
      <w:r w:rsidRPr="00195833">
        <w:rPr>
          <w:rFonts w:ascii="Arial" w:hAnsi="Arial" w:cs="Arial"/>
          <w:sz w:val="22"/>
        </w:rPr>
        <w:t>Nyní</w:t>
      </w:r>
      <w:proofErr w:type="spellEnd"/>
      <w:r w:rsidRPr="00195833">
        <w:rPr>
          <w:rFonts w:ascii="Arial" w:hAnsi="Arial" w:cs="Arial"/>
          <w:sz w:val="22"/>
        </w:rPr>
        <w:t xml:space="preserve"> se toto </w:t>
      </w:r>
      <w:proofErr w:type="spellStart"/>
      <w:r w:rsidRPr="00195833">
        <w:rPr>
          <w:rFonts w:ascii="Arial" w:hAnsi="Arial" w:cs="Arial"/>
          <w:sz w:val="22"/>
        </w:rPr>
        <w:t>volební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období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chýlí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ke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konci</w:t>
      </w:r>
      <w:proofErr w:type="spellEnd"/>
      <w:r w:rsidRPr="00195833">
        <w:rPr>
          <w:rFonts w:ascii="Arial" w:hAnsi="Arial" w:cs="Arial"/>
          <w:sz w:val="22"/>
        </w:rPr>
        <w:t xml:space="preserve">, a proto je </w:t>
      </w:r>
      <w:proofErr w:type="spellStart"/>
      <w:r w:rsidRPr="00195833">
        <w:rPr>
          <w:rFonts w:ascii="Arial" w:hAnsi="Arial" w:cs="Arial"/>
          <w:sz w:val="22"/>
        </w:rPr>
        <w:t>čas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krátké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ohlédnutí</w:t>
      </w:r>
      <w:proofErr w:type="spellEnd"/>
      <w:r w:rsidRPr="00195833">
        <w:rPr>
          <w:rFonts w:ascii="Arial" w:hAnsi="Arial" w:cs="Arial"/>
          <w:sz w:val="22"/>
        </w:rPr>
        <w:t xml:space="preserve"> a </w:t>
      </w:r>
      <w:proofErr w:type="spellStart"/>
      <w:r w:rsidRPr="00195833">
        <w:rPr>
          <w:rFonts w:ascii="Arial" w:hAnsi="Arial" w:cs="Arial"/>
          <w:sz w:val="22"/>
        </w:rPr>
        <w:t>rekapitulaci</w:t>
      </w:r>
      <w:proofErr w:type="spellEnd"/>
      <w:r w:rsidRPr="00195833">
        <w:rPr>
          <w:rFonts w:ascii="Arial" w:hAnsi="Arial" w:cs="Arial"/>
          <w:sz w:val="22"/>
        </w:rPr>
        <w:t xml:space="preserve"> toho, co se </w:t>
      </w:r>
      <w:proofErr w:type="spellStart"/>
      <w:r w:rsidRPr="00195833">
        <w:rPr>
          <w:rFonts w:ascii="Arial" w:hAnsi="Arial" w:cs="Arial"/>
          <w:sz w:val="22"/>
        </w:rPr>
        <w:t>nám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během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uplynulých</w:t>
      </w:r>
      <w:proofErr w:type="spellEnd"/>
      <w:r w:rsidRPr="00195833">
        <w:rPr>
          <w:rFonts w:ascii="Arial" w:hAnsi="Arial" w:cs="Arial"/>
          <w:sz w:val="22"/>
        </w:rPr>
        <w:t xml:space="preserve"> 12 let </w:t>
      </w:r>
      <w:proofErr w:type="spellStart"/>
      <w:r w:rsidRPr="00195833">
        <w:rPr>
          <w:rFonts w:ascii="Arial" w:hAnsi="Arial" w:cs="Arial"/>
          <w:sz w:val="22"/>
        </w:rPr>
        <w:t>podařilo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realizovat</w:t>
      </w:r>
      <w:proofErr w:type="spellEnd"/>
      <w:r w:rsidRPr="00195833">
        <w:rPr>
          <w:rFonts w:ascii="Arial" w:hAnsi="Arial" w:cs="Arial"/>
          <w:sz w:val="22"/>
        </w:rPr>
        <w:t>.</w:t>
      </w:r>
    </w:p>
    <w:p w14:paraId="0658EA95" w14:textId="77777777" w:rsidR="00F00321" w:rsidRPr="00195833" w:rsidRDefault="002A125B" w:rsidP="0018443F">
      <w:pPr>
        <w:spacing w:after="120"/>
        <w:jc w:val="both"/>
        <w:rPr>
          <w:rFonts w:ascii="Arial" w:hAnsi="Arial" w:cs="Arial"/>
          <w:sz w:val="22"/>
        </w:rPr>
      </w:pPr>
      <w:r w:rsidRPr="00195833">
        <w:rPr>
          <w:rFonts w:ascii="Arial" w:hAnsi="Arial" w:cs="Arial"/>
          <w:sz w:val="22"/>
        </w:rPr>
        <w:t xml:space="preserve">V </w:t>
      </w:r>
      <w:proofErr w:type="spellStart"/>
      <w:r w:rsidRPr="00195833">
        <w:rPr>
          <w:rFonts w:ascii="Arial" w:hAnsi="Arial" w:cs="Arial"/>
          <w:sz w:val="22"/>
        </w:rPr>
        <w:t>roce</w:t>
      </w:r>
      <w:proofErr w:type="spellEnd"/>
      <w:r w:rsidRPr="00195833">
        <w:rPr>
          <w:rFonts w:ascii="Arial" w:hAnsi="Arial" w:cs="Arial"/>
          <w:sz w:val="22"/>
        </w:rPr>
        <w:t xml:space="preserve"> 2014 </w:t>
      </w:r>
      <w:proofErr w:type="spellStart"/>
      <w:r w:rsidRPr="00195833">
        <w:rPr>
          <w:rFonts w:ascii="Arial" w:hAnsi="Arial" w:cs="Arial"/>
          <w:sz w:val="22"/>
        </w:rPr>
        <w:t>jsme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převzali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obec</w:t>
      </w:r>
      <w:proofErr w:type="spellEnd"/>
      <w:r w:rsidRPr="00195833">
        <w:rPr>
          <w:rFonts w:ascii="Arial" w:hAnsi="Arial" w:cs="Arial"/>
          <w:sz w:val="22"/>
        </w:rPr>
        <w:t xml:space="preserve"> v </w:t>
      </w:r>
      <w:proofErr w:type="spellStart"/>
      <w:r w:rsidRPr="00195833">
        <w:rPr>
          <w:rFonts w:ascii="Arial" w:hAnsi="Arial" w:cs="Arial"/>
          <w:sz w:val="22"/>
        </w:rPr>
        <w:t>době</w:t>
      </w:r>
      <w:proofErr w:type="spellEnd"/>
      <w:r w:rsidRPr="00195833">
        <w:rPr>
          <w:rFonts w:ascii="Arial" w:hAnsi="Arial" w:cs="Arial"/>
          <w:sz w:val="22"/>
        </w:rPr>
        <w:t xml:space="preserve">, </w:t>
      </w:r>
      <w:proofErr w:type="spellStart"/>
      <w:r w:rsidRPr="00195833">
        <w:rPr>
          <w:rFonts w:ascii="Arial" w:hAnsi="Arial" w:cs="Arial"/>
          <w:sz w:val="22"/>
        </w:rPr>
        <w:t>kdy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bylo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zřejmé</w:t>
      </w:r>
      <w:proofErr w:type="spellEnd"/>
      <w:r w:rsidRPr="00195833">
        <w:rPr>
          <w:rFonts w:ascii="Arial" w:hAnsi="Arial" w:cs="Arial"/>
          <w:sz w:val="22"/>
        </w:rPr>
        <w:t xml:space="preserve">, </w:t>
      </w:r>
      <w:proofErr w:type="spellStart"/>
      <w:r w:rsidRPr="00195833">
        <w:rPr>
          <w:rFonts w:ascii="Arial" w:hAnsi="Arial" w:cs="Arial"/>
          <w:sz w:val="22"/>
        </w:rPr>
        <w:t>že</w:t>
      </w:r>
      <w:proofErr w:type="spellEnd"/>
      <w:r w:rsidRPr="00195833">
        <w:rPr>
          <w:rFonts w:ascii="Arial" w:hAnsi="Arial" w:cs="Arial"/>
          <w:sz w:val="22"/>
        </w:rPr>
        <w:t xml:space="preserve"> se bez </w:t>
      </w:r>
      <w:proofErr w:type="spellStart"/>
      <w:r w:rsidRPr="00195833">
        <w:rPr>
          <w:rFonts w:ascii="Arial" w:hAnsi="Arial" w:cs="Arial"/>
          <w:sz w:val="22"/>
        </w:rPr>
        <w:t>větších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investic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neobejde</w:t>
      </w:r>
      <w:proofErr w:type="spellEnd"/>
      <w:r w:rsidRPr="00195833">
        <w:rPr>
          <w:rFonts w:ascii="Arial" w:hAnsi="Arial" w:cs="Arial"/>
          <w:sz w:val="22"/>
        </w:rPr>
        <w:t xml:space="preserve">. </w:t>
      </w:r>
      <w:proofErr w:type="spellStart"/>
      <w:r w:rsidRPr="00195833">
        <w:rPr>
          <w:rFonts w:ascii="Arial" w:hAnsi="Arial" w:cs="Arial"/>
          <w:sz w:val="22"/>
        </w:rPr>
        <w:t>Nejožehavějším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problémem</w:t>
      </w:r>
      <w:proofErr w:type="spellEnd"/>
      <w:r w:rsidRPr="00195833">
        <w:rPr>
          <w:rFonts w:ascii="Arial" w:hAnsi="Arial" w:cs="Arial"/>
          <w:sz w:val="22"/>
        </w:rPr>
        <w:t xml:space="preserve"> pro </w:t>
      </w:r>
      <w:proofErr w:type="spellStart"/>
      <w:r w:rsidRPr="00195833">
        <w:rPr>
          <w:rFonts w:ascii="Arial" w:hAnsi="Arial" w:cs="Arial"/>
          <w:sz w:val="22"/>
        </w:rPr>
        <w:t>společenský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život</w:t>
      </w:r>
      <w:proofErr w:type="spellEnd"/>
      <w:r w:rsidRPr="00195833">
        <w:rPr>
          <w:rFonts w:ascii="Arial" w:hAnsi="Arial" w:cs="Arial"/>
          <w:sz w:val="22"/>
        </w:rPr>
        <w:t xml:space="preserve"> v </w:t>
      </w:r>
      <w:proofErr w:type="spellStart"/>
      <w:r w:rsidRPr="00195833">
        <w:rPr>
          <w:rFonts w:ascii="Arial" w:hAnsi="Arial" w:cs="Arial"/>
          <w:sz w:val="22"/>
        </w:rPr>
        <w:t>obci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bylo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tehdy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uzavření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hospody</w:t>
      </w:r>
      <w:proofErr w:type="spellEnd"/>
      <w:r w:rsidRPr="00195833">
        <w:rPr>
          <w:rFonts w:ascii="Arial" w:hAnsi="Arial" w:cs="Arial"/>
          <w:sz w:val="22"/>
        </w:rPr>
        <w:t xml:space="preserve"> a </w:t>
      </w:r>
      <w:proofErr w:type="spellStart"/>
      <w:r w:rsidRPr="00195833">
        <w:rPr>
          <w:rFonts w:ascii="Arial" w:hAnsi="Arial" w:cs="Arial"/>
          <w:sz w:val="22"/>
        </w:rPr>
        <w:t>sálu</w:t>
      </w:r>
      <w:proofErr w:type="spellEnd"/>
      <w:r w:rsidRPr="00195833">
        <w:rPr>
          <w:rFonts w:ascii="Arial" w:hAnsi="Arial" w:cs="Arial"/>
          <w:sz w:val="22"/>
        </w:rPr>
        <w:t xml:space="preserve">. </w:t>
      </w:r>
      <w:proofErr w:type="spellStart"/>
      <w:r w:rsidRPr="00195833">
        <w:rPr>
          <w:rFonts w:ascii="Arial" w:hAnsi="Arial" w:cs="Arial"/>
          <w:sz w:val="22"/>
        </w:rPr>
        <w:t>Opravy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vyžadovaly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také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některé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místní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komunikace</w:t>
      </w:r>
      <w:proofErr w:type="spellEnd"/>
      <w:r w:rsidRPr="00195833">
        <w:rPr>
          <w:rFonts w:ascii="Arial" w:hAnsi="Arial" w:cs="Arial"/>
          <w:sz w:val="22"/>
        </w:rPr>
        <w:t xml:space="preserve"> a </w:t>
      </w:r>
      <w:proofErr w:type="spellStart"/>
      <w:r w:rsidRPr="00195833">
        <w:rPr>
          <w:rFonts w:ascii="Arial" w:hAnsi="Arial" w:cs="Arial"/>
          <w:sz w:val="22"/>
        </w:rPr>
        <w:t>veřejné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osvětlení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nemělo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šanci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projít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revizí</w:t>
      </w:r>
      <w:proofErr w:type="spellEnd"/>
      <w:r w:rsidRPr="00195833">
        <w:rPr>
          <w:rFonts w:ascii="Arial" w:hAnsi="Arial" w:cs="Arial"/>
          <w:sz w:val="22"/>
        </w:rPr>
        <w:t>.</w:t>
      </w:r>
    </w:p>
    <w:p w14:paraId="42AD81BB" w14:textId="1556CB29" w:rsidR="0018443F" w:rsidRPr="00195833" w:rsidRDefault="002A125B" w:rsidP="0018443F">
      <w:pPr>
        <w:pStyle w:val="Bezmezer"/>
        <w:rPr>
          <w:rFonts w:ascii="Arial" w:hAnsi="Arial" w:cs="Arial"/>
          <w:b/>
          <w:bCs/>
          <w:u w:val="single"/>
        </w:rPr>
      </w:pPr>
      <w:proofErr w:type="spellStart"/>
      <w:r w:rsidRPr="00195833">
        <w:rPr>
          <w:rFonts w:ascii="Arial" w:hAnsi="Arial" w:cs="Arial"/>
          <w:b/>
          <w:bCs/>
          <w:u w:val="single"/>
        </w:rPr>
        <w:t>Přehled</w:t>
      </w:r>
      <w:proofErr w:type="spellEnd"/>
      <w:r w:rsidRPr="00195833">
        <w:rPr>
          <w:rFonts w:ascii="Arial" w:hAnsi="Arial" w:cs="Arial"/>
          <w:b/>
          <w:bCs/>
          <w:u w:val="single"/>
        </w:rPr>
        <w:t xml:space="preserve"> </w:t>
      </w:r>
      <w:proofErr w:type="spellStart"/>
      <w:r w:rsidRPr="00195833">
        <w:rPr>
          <w:rFonts w:ascii="Arial" w:hAnsi="Arial" w:cs="Arial"/>
          <w:b/>
          <w:bCs/>
          <w:u w:val="single"/>
        </w:rPr>
        <w:t>významných</w:t>
      </w:r>
      <w:proofErr w:type="spellEnd"/>
      <w:r w:rsidRPr="00195833">
        <w:rPr>
          <w:rFonts w:ascii="Arial" w:hAnsi="Arial" w:cs="Arial"/>
          <w:b/>
          <w:bCs/>
          <w:u w:val="single"/>
        </w:rPr>
        <w:t xml:space="preserve"> </w:t>
      </w:r>
      <w:proofErr w:type="spellStart"/>
      <w:r w:rsidRPr="00195833">
        <w:rPr>
          <w:rFonts w:ascii="Arial" w:hAnsi="Arial" w:cs="Arial"/>
          <w:b/>
          <w:bCs/>
          <w:u w:val="single"/>
        </w:rPr>
        <w:t>investičních</w:t>
      </w:r>
      <w:proofErr w:type="spellEnd"/>
      <w:r w:rsidRPr="00195833">
        <w:rPr>
          <w:rFonts w:ascii="Arial" w:hAnsi="Arial" w:cs="Arial"/>
          <w:b/>
          <w:bCs/>
          <w:u w:val="single"/>
        </w:rPr>
        <w:t xml:space="preserve"> </w:t>
      </w:r>
      <w:proofErr w:type="spellStart"/>
      <w:r w:rsidRPr="00195833">
        <w:rPr>
          <w:rFonts w:ascii="Arial" w:hAnsi="Arial" w:cs="Arial"/>
          <w:b/>
          <w:bCs/>
          <w:u w:val="single"/>
        </w:rPr>
        <w:t>akcí</w:t>
      </w:r>
      <w:proofErr w:type="spellEnd"/>
      <w:r w:rsidR="0018443F" w:rsidRPr="00195833">
        <w:rPr>
          <w:rFonts w:ascii="Arial" w:hAnsi="Arial" w:cs="Arial"/>
          <w:b/>
          <w:bCs/>
          <w:u w:val="single"/>
        </w:rPr>
        <w:t>:</w:t>
      </w:r>
    </w:p>
    <w:p w14:paraId="5F5F9DA7" w14:textId="7164CA30" w:rsidR="00F00321" w:rsidRPr="00195833" w:rsidRDefault="002A125B" w:rsidP="0018443F">
      <w:pPr>
        <w:jc w:val="both"/>
        <w:rPr>
          <w:rFonts w:ascii="Arial" w:hAnsi="Arial" w:cs="Arial"/>
          <w:sz w:val="22"/>
        </w:rPr>
      </w:pPr>
      <w:proofErr w:type="spellStart"/>
      <w:r w:rsidRPr="00195833">
        <w:rPr>
          <w:rFonts w:ascii="Arial" w:hAnsi="Arial" w:cs="Arial"/>
          <w:sz w:val="22"/>
        </w:rPr>
        <w:t>Níže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uvádíme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přehled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investičních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akcí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realizovaných</w:t>
      </w:r>
      <w:proofErr w:type="spellEnd"/>
      <w:r w:rsidRPr="00195833">
        <w:rPr>
          <w:rFonts w:ascii="Arial" w:hAnsi="Arial" w:cs="Arial"/>
          <w:sz w:val="22"/>
        </w:rPr>
        <w:t xml:space="preserve"> v </w:t>
      </w:r>
      <w:proofErr w:type="spellStart"/>
      <w:r w:rsidRPr="00195833">
        <w:rPr>
          <w:rFonts w:ascii="Arial" w:hAnsi="Arial" w:cs="Arial"/>
          <w:sz w:val="22"/>
        </w:rPr>
        <w:t>průběhu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jednotlivých</w:t>
      </w:r>
      <w:proofErr w:type="spellEnd"/>
      <w:r w:rsidRPr="00195833">
        <w:rPr>
          <w:rFonts w:ascii="Arial" w:hAnsi="Arial" w:cs="Arial"/>
          <w:sz w:val="22"/>
        </w:rPr>
        <w:t xml:space="preserve"> let. </w:t>
      </w:r>
      <w:proofErr w:type="spellStart"/>
      <w:r w:rsidRPr="00195833">
        <w:rPr>
          <w:rFonts w:ascii="Arial" w:hAnsi="Arial" w:cs="Arial"/>
          <w:sz w:val="22"/>
        </w:rPr>
        <w:t>Realizace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některých</w:t>
      </w:r>
      <w:proofErr w:type="spellEnd"/>
      <w:r w:rsidRPr="00195833">
        <w:rPr>
          <w:rFonts w:ascii="Arial" w:hAnsi="Arial" w:cs="Arial"/>
          <w:sz w:val="22"/>
        </w:rPr>
        <w:t xml:space="preserve"> z </w:t>
      </w:r>
      <w:proofErr w:type="spellStart"/>
      <w:r w:rsidRPr="00195833">
        <w:rPr>
          <w:rFonts w:ascii="Arial" w:hAnsi="Arial" w:cs="Arial"/>
          <w:sz w:val="22"/>
        </w:rPr>
        <w:t>nich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byla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spojena</w:t>
      </w:r>
      <w:proofErr w:type="spellEnd"/>
      <w:r w:rsidRPr="00195833">
        <w:rPr>
          <w:rFonts w:ascii="Arial" w:hAnsi="Arial" w:cs="Arial"/>
          <w:sz w:val="22"/>
        </w:rPr>
        <w:t xml:space="preserve"> se </w:t>
      </w:r>
      <w:proofErr w:type="spellStart"/>
      <w:r w:rsidRPr="00195833">
        <w:rPr>
          <w:rFonts w:ascii="Arial" w:hAnsi="Arial" w:cs="Arial"/>
          <w:sz w:val="22"/>
        </w:rPr>
        <w:t>získáním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dotace</w:t>
      </w:r>
      <w:proofErr w:type="spellEnd"/>
      <w:r w:rsidRPr="00195833">
        <w:rPr>
          <w:rFonts w:ascii="Arial" w:hAnsi="Arial" w:cs="Arial"/>
          <w:sz w:val="22"/>
        </w:rPr>
        <w:t>.</w:t>
      </w:r>
    </w:p>
    <w:p w14:paraId="722FFD49" w14:textId="77777777" w:rsidR="00F00321" w:rsidRPr="00195833" w:rsidRDefault="002A125B" w:rsidP="0018443F">
      <w:pPr>
        <w:spacing w:after="120"/>
        <w:jc w:val="both"/>
        <w:rPr>
          <w:rFonts w:ascii="Arial" w:hAnsi="Arial" w:cs="Arial"/>
          <w:sz w:val="22"/>
        </w:rPr>
      </w:pPr>
      <w:r w:rsidRPr="00195833">
        <w:rPr>
          <w:rFonts w:ascii="Arial" w:hAnsi="Arial" w:cs="Arial"/>
          <w:sz w:val="22"/>
        </w:rPr>
        <w:t xml:space="preserve">• 2015 – </w:t>
      </w:r>
      <w:proofErr w:type="spellStart"/>
      <w:r w:rsidRPr="00195833">
        <w:rPr>
          <w:rFonts w:ascii="Arial" w:hAnsi="Arial" w:cs="Arial"/>
          <w:sz w:val="22"/>
        </w:rPr>
        <w:t>Rekonstrukce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hasičské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zbrojnice</w:t>
      </w:r>
      <w:proofErr w:type="spellEnd"/>
      <w:r w:rsidRPr="00195833">
        <w:rPr>
          <w:rFonts w:ascii="Arial" w:hAnsi="Arial" w:cs="Arial"/>
          <w:sz w:val="22"/>
        </w:rPr>
        <w:t xml:space="preserve"> – 705 373,00 </w:t>
      </w:r>
      <w:proofErr w:type="spellStart"/>
      <w:r w:rsidRPr="00195833">
        <w:rPr>
          <w:rFonts w:ascii="Arial" w:hAnsi="Arial" w:cs="Arial"/>
          <w:sz w:val="22"/>
        </w:rPr>
        <w:t>Kč</w:t>
      </w:r>
      <w:proofErr w:type="spellEnd"/>
    </w:p>
    <w:p w14:paraId="3614CFC2" w14:textId="77777777" w:rsidR="00F00321" w:rsidRPr="00195833" w:rsidRDefault="002A125B" w:rsidP="0018443F">
      <w:pPr>
        <w:spacing w:after="120"/>
        <w:jc w:val="both"/>
        <w:rPr>
          <w:rFonts w:ascii="Arial" w:hAnsi="Arial" w:cs="Arial"/>
          <w:sz w:val="22"/>
        </w:rPr>
      </w:pPr>
      <w:r w:rsidRPr="00195833">
        <w:rPr>
          <w:rFonts w:ascii="Arial" w:hAnsi="Arial" w:cs="Arial"/>
          <w:sz w:val="22"/>
        </w:rPr>
        <w:t xml:space="preserve">• 2015 – </w:t>
      </w:r>
      <w:proofErr w:type="spellStart"/>
      <w:r w:rsidRPr="00195833">
        <w:rPr>
          <w:rFonts w:ascii="Arial" w:hAnsi="Arial" w:cs="Arial"/>
          <w:sz w:val="22"/>
        </w:rPr>
        <w:t>Dětské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hřiště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Mateřská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škola</w:t>
      </w:r>
      <w:proofErr w:type="spellEnd"/>
      <w:r w:rsidRPr="00195833">
        <w:rPr>
          <w:rFonts w:ascii="Arial" w:hAnsi="Arial" w:cs="Arial"/>
          <w:sz w:val="22"/>
        </w:rPr>
        <w:t xml:space="preserve"> – 349 844,00 </w:t>
      </w:r>
      <w:proofErr w:type="spellStart"/>
      <w:r w:rsidRPr="00195833">
        <w:rPr>
          <w:rFonts w:ascii="Arial" w:hAnsi="Arial" w:cs="Arial"/>
          <w:sz w:val="22"/>
        </w:rPr>
        <w:t>Kč</w:t>
      </w:r>
      <w:proofErr w:type="spellEnd"/>
    </w:p>
    <w:p w14:paraId="5773113A" w14:textId="77777777" w:rsidR="00F00321" w:rsidRPr="00195833" w:rsidRDefault="002A125B" w:rsidP="0018443F">
      <w:pPr>
        <w:spacing w:after="120"/>
        <w:jc w:val="both"/>
        <w:rPr>
          <w:rFonts w:ascii="Arial" w:hAnsi="Arial" w:cs="Arial"/>
          <w:sz w:val="22"/>
        </w:rPr>
      </w:pPr>
      <w:r w:rsidRPr="00195833">
        <w:rPr>
          <w:rFonts w:ascii="Arial" w:hAnsi="Arial" w:cs="Arial"/>
          <w:sz w:val="22"/>
        </w:rPr>
        <w:t xml:space="preserve">• 2015 – </w:t>
      </w:r>
      <w:proofErr w:type="spellStart"/>
      <w:r w:rsidRPr="00195833">
        <w:rPr>
          <w:rFonts w:ascii="Arial" w:hAnsi="Arial" w:cs="Arial"/>
          <w:sz w:val="22"/>
        </w:rPr>
        <w:t>Manipulační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gramStart"/>
      <w:r w:rsidRPr="00195833">
        <w:rPr>
          <w:rFonts w:ascii="Arial" w:hAnsi="Arial" w:cs="Arial"/>
          <w:sz w:val="22"/>
        </w:rPr>
        <w:t>a</w:t>
      </w:r>
      <w:proofErr w:type="gram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odstavná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plocha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sídlišti</w:t>
      </w:r>
      <w:proofErr w:type="spellEnd"/>
      <w:r w:rsidRPr="00195833">
        <w:rPr>
          <w:rFonts w:ascii="Arial" w:hAnsi="Arial" w:cs="Arial"/>
          <w:sz w:val="22"/>
        </w:rPr>
        <w:t xml:space="preserve"> – 214 491,00 </w:t>
      </w:r>
      <w:proofErr w:type="spellStart"/>
      <w:r w:rsidRPr="00195833">
        <w:rPr>
          <w:rFonts w:ascii="Arial" w:hAnsi="Arial" w:cs="Arial"/>
          <w:sz w:val="22"/>
        </w:rPr>
        <w:t>Kč</w:t>
      </w:r>
      <w:proofErr w:type="spellEnd"/>
    </w:p>
    <w:p w14:paraId="7468D068" w14:textId="77777777" w:rsidR="00F00321" w:rsidRPr="00195833" w:rsidRDefault="002A125B" w:rsidP="0018443F">
      <w:pPr>
        <w:spacing w:after="120"/>
        <w:jc w:val="both"/>
        <w:rPr>
          <w:rFonts w:ascii="Arial" w:hAnsi="Arial" w:cs="Arial"/>
          <w:sz w:val="22"/>
        </w:rPr>
      </w:pPr>
      <w:r w:rsidRPr="00195833">
        <w:rPr>
          <w:rFonts w:ascii="Arial" w:hAnsi="Arial" w:cs="Arial"/>
          <w:sz w:val="22"/>
        </w:rPr>
        <w:t xml:space="preserve">• 2015 – </w:t>
      </w:r>
      <w:proofErr w:type="spellStart"/>
      <w:r w:rsidRPr="00195833">
        <w:rPr>
          <w:rFonts w:ascii="Arial" w:hAnsi="Arial" w:cs="Arial"/>
          <w:sz w:val="22"/>
        </w:rPr>
        <w:t>Kontejnerové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stání</w:t>
      </w:r>
      <w:proofErr w:type="spellEnd"/>
      <w:r w:rsidRPr="00195833">
        <w:rPr>
          <w:rFonts w:ascii="Arial" w:hAnsi="Arial" w:cs="Arial"/>
          <w:sz w:val="22"/>
        </w:rPr>
        <w:t xml:space="preserve"> u </w:t>
      </w:r>
      <w:proofErr w:type="spellStart"/>
      <w:r w:rsidRPr="00195833">
        <w:rPr>
          <w:rFonts w:ascii="Arial" w:hAnsi="Arial" w:cs="Arial"/>
          <w:sz w:val="22"/>
        </w:rPr>
        <w:t>bytovek</w:t>
      </w:r>
      <w:proofErr w:type="spellEnd"/>
      <w:r w:rsidRPr="00195833">
        <w:rPr>
          <w:rFonts w:ascii="Arial" w:hAnsi="Arial" w:cs="Arial"/>
          <w:sz w:val="22"/>
        </w:rPr>
        <w:t xml:space="preserve"> – 30 000,00 </w:t>
      </w:r>
      <w:proofErr w:type="spellStart"/>
      <w:r w:rsidRPr="00195833">
        <w:rPr>
          <w:rFonts w:ascii="Arial" w:hAnsi="Arial" w:cs="Arial"/>
          <w:sz w:val="22"/>
        </w:rPr>
        <w:t>Kč</w:t>
      </w:r>
      <w:proofErr w:type="spellEnd"/>
    </w:p>
    <w:p w14:paraId="74102D06" w14:textId="77777777" w:rsidR="00F00321" w:rsidRPr="00195833" w:rsidRDefault="002A125B" w:rsidP="0018443F">
      <w:pPr>
        <w:spacing w:after="120"/>
        <w:jc w:val="both"/>
        <w:rPr>
          <w:rFonts w:ascii="Arial" w:hAnsi="Arial" w:cs="Arial"/>
          <w:sz w:val="22"/>
        </w:rPr>
      </w:pPr>
      <w:r w:rsidRPr="00195833">
        <w:rPr>
          <w:rFonts w:ascii="Arial" w:hAnsi="Arial" w:cs="Arial"/>
          <w:sz w:val="22"/>
        </w:rPr>
        <w:t xml:space="preserve">• 2017 – </w:t>
      </w:r>
      <w:proofErr w:type="spellStart"/>
      <w:r w:rsidRPr="00195833">
        <w:rPr>
          <w:rFonts w:ascii="Arial" w:hAnsi="Arial" w:cs="Arial"/>
          <w:sz w:val="22"/>
        </w:rPr>
        <w:t>Bezdrátový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rozhlas</w:t>
      </w:r>
      <w:proofErr w:type="spellEnd"/>
      <w:r w:rsidRPr="00195833">
        <w:rPr>
          <w:rFonts w:ascii="Arial" w:hAnsi="Arial" w:cs="Arial"/>
          <w:sz w:val="22"/>
        </w:rPr>
        <w:t xml:space="preserve"> a </w:t>
      </w:r>
      <w:proofErr w:type="spellStart"/>
      <w:r w:rsidRPr="00195833">
        <w:rPr>
          <w:rFonts w:ascii="Arial" w:hAnsi="Arial" w:cs="Arial"/>
          <w:sz w:val="22"/>
        </w:rPr>
        <w:t>varovný</w:t>
      </w:r>
      <w:proofErr w:type="spellEnd"/>
      <w:r w:rsidRPr="00195833">
        <w:rPr>
          <w:rFonts w:ascii="Arial" w:hAnsi="Arial" w:cs="Arial"/>
          <w:sz w:val="22"/>
        </w:rPr>
        <w:t xml:space="preserve"> a </w:t>
      </w:r>
      <w:proofErr w:type="spellStart"/>
      <w:r w:rsidRPr="00195833">
        <w:rPr>
          <w:rFonts w:ascii="Arial" w:hAnsi="Arial" w:cs="Arial"/>
          <w:sz w:val="22"/>
        </w:rPr>
        <w:t>vyrozumívací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systém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obce</w:t>
      </w:r>
      <w:proofErr w:type="spellEnd"/>
      <w:r w:rsidRPr="00195833">
        <w:rPr>
          <w:rFonts w:ascii="Arial" w:hAnsi="Arial" w:cs="Arial"/>
          <w:sz w:val="22"/>
        </w:rPr>
        <w:t xml:space="preserve"> – 988 642,00 </w:t>
      </w:r>
      <w:proofErr w:type="spellStart"/>
      <w:r w:rsidRPr="00195833">
        <w:rPr>
          <w:rFonts w:ascii="Arial" w:hAnsi="Arial" w:cs="Arial"/>
          <w:sz w:val="22"/>
        </w:rPr>
        <w:t>Kč</w:t>
      </w:r>
      <w:proofErr w:type="spellEnd"/>
    </w:p>
    <w:p w14:paraId="2B9C3A23" w14:textId="77777777" w:rsidR="00F00321" w:rsidRPr="00195833" w:rsidRDefault="002A125B" w:rsidP="0018443F">
      <w:pPr>
        <w:spacing w:after="120"/>
        <w:jc w:val="both"/>
        <w:rPr>
          <w:rFonts w:ascii="Arial" w:hAnsi="Arial" w:cs="Arial"/>
          <w:sz w:val="22"/>
        </w:rPr>
      </w:pPr>
      <w:r w:rsidRPr="00195833">
        <w:rPr>
          <w:rFonts w:ascii="Arial" w:hAnsi="Arial" w:cs="Arial"/>
          <w:sz w:val="22"/>
        </w:rPr>
        <w:t xml:space="preserve">• 2018 – </w:t>
      </w:r>
      <w:proofErr w:type="spellStart"/>
      <w:r w:rsidRPr="00195833">
        <w:rPr>
          <w:rFonts w:ascii="Arial" w:hAnsi="Arial" w:cs="Arial"/>
          <w:sz w:val="22"/>
        </w:rPr>
        <w:t>Víceúčelové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hřiště</w:t>
      </w:r>
      <w:proofErr w:type="spellEnd"/>
      <w:r w:rsidRPr="00195833">
        <w:rPr>
          <w:rFonts w:ascii="Arial" w:hAnsi="Arial" w:cs="Arial"/>
          <w:sz w:val="22"/>
        </w:rPr>
        <w:t xml:space="preserve"> za </w:t>
      </w:r>
      <w:proofErr w:type="spellStart"/>
      <w:r w:rsidRPr="00195833">
        <w:rPr>
          <w:rFonts w:ascii="Arial" w:hAnsi="Arial" w:cs="Arial"/>
          <w:sz w:val="22"/>
        </w:rPr>
        <w:t>Multifunkčním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sálem</w:t>
      </w:r>
      <w:proofErr w:type="spellEnd"/>
      <w:r w:rsidRPr="00195833">
        <w:rPr>
          <w:rFonts w:ascii="Arial" w:hAnsi="Arial" w:cs="Arial"/>
          <w:sz w:val="22"/>
        </w:rPr>
        <w:t xml:space="preserve">, 15 × 32 m – 1 743 352,00 </w:t>
      </w:r>
      <w:proofErr w:type="spellStart"/>
      <w:r w:rsidRPr="00195833">
        <w:rPr>
          <w:rFonts w:ascii="Arial" w:hAnsi="Arial" w:cs="Arial"/>
          <w:sz w:val="22"/>
        </w:rPr>
        <w:t>Kč</w:t>
      </w:r>
      <w:proofErr w:type="spellEnd"/>
    </w:p>
    <w:p w14:paraId="236F2D67" w14:textId="77777777" w:rsidR="00F00321" w:rsidRPr="00195833" w:rsidRDefault="002A125B" w:rsidP="0018443F">
      <w:pPr>
        <w:spacing w:after="120"/>
        <w:jc w:val="both"/>
        <w:rPr>
          <w:rFonts w:ascii="Arial" w:hAnsi="Arial" w:cs="Arial"/>
          <w:sz w:val="22"/>
        </w:rPr>
      </w:pPr>
      <w:r w:rsidRPr="00195833">
        <w:rPr>
          <w:rFonts w:ascii="Arial" w:hAnsi="Arial" w:cs="Arial"/>
          <w:sz w:val="22"/>
        </w:rPr>
        <w:t xml:space="preserve">• 2019 – </w:t>
      </w:r>
      <w:proofErr w:type="spellStart"/>
      <w:r w:rsidRPr="00195833">
        <w:rPr>
          <w:rFonts w:ascii="Arial" w:hAnsi="Arial" w:cs="Arial"/>
          <w:sz w:val="22"/>
        </w:rPr>
        <w:t>Venkovní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hrací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plocha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Mateřská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škola</w:t>
      </w:r>
      <w:proofErr w:type="spellEnd"/>
      <w:r w:rsidRPr="00195833">
        <w:rPr>
          <w:rFonts w:ascii="Arial" w:hAnsi="Arial" w:cs="Arial"/>
          <w:sz w:val="22"/>
        </w:rPr>
        <w:t xml:space="preserve"> – 266 445,00 </w:t>
      </w:r>
      <w:proofErr w:type="spellStart"/>
      <w:r w:rsidRPr="00195833">
        <w:rPr>
          <w:rFonts w:ascii="Arial" w:hAnsi="Arial" w:cs="Arial"/>
          <w:sz w:val="22"/>
        </w:rPr>
        <w:t>Kč</w:t>
      </w:r>
      <w:proofErr w:type="spellEnd"/>
    </w:p>
    <w:p w14:paraId="7B2D9657" w14:textId="77777777" w:rsidR="00F00321" w:rsidRPr="00195833" w:rsidRDefault="002A125B" w:rsidP="0018443F">
      <w:pPr>
        <w:spacing w:after="120"/>
        <w:jc w:val="both"/>
        <w:rPr>
          <w:rFonts w:ascii="Arial" w:hAnsi="Arial" w:cs="Arial"/>
          <w:sz w:val="22"/>
        </w:rPr>
      </w:pPr>
      <w:r w:rsidRPr="00195833">
        <w:rPr>
          <w:rFonts w:ascii="Arial" w:hAnsi="Arial" w:cs="Arial"/>
          <w:sz w:val="22"/>
        </w:rPr>
        <w:t xml:space="preserve">• 2019 – </w:t>
      </w:r>
      <w:proofErr w:type="spellStart"/>
      <w:r w:rsidRPr="00195833">
        <w:rPr>
          <w:rFonts w:ascii="Arial" w:hAnsi="Arial" w:cs="Arial"/>
          <w:sz w:val="22"/>
        </w:rPr>
        <w:t>Mateřská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škola</w:t>
      </w:r>
      <w:proofErr w:type="spellEnd"/>
      <w:r w:rsidRPr="00195833">
        <w:rPr>
          <w:rFonts w:ascii="Arial" w:hAnsi="Arial" w:cs="Arial"/>
          <w:sz w:val="22"/>
        </w:rPr>
        <w:t xml:space="preserve"> – </w:t>
      </w:r>
      <w:proofErr w:type="spellStart"/>
      <w:r w:rsidRPr="00195833">
        <w:rPr>
          <w:rFonts w:ascii="Arial" w:hAnsi="Arial" w:cs="Arial"/>
          <w:sz w:val="22"/>
        </w:rPr>
        <w:t>oprava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sociálního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zařízení</w:t>
      </w:r>
      <w:proofErr w:type="spellEnd"/>
      <w:r w:rsidRPr="00195833">
        <w:rPr>
          <w:rFonts w:ascii="Arial" w:hAnsi="Arial" w:cs="Arial"/>
          <w:sz w:val="22"/>
        </w:rPr>
        <w:t xml:space="preserve"> – 305 548,00 </w:t>
      </w:r>
      <w:proofErr w:type="spellStart"/>
      <w:r w:rsidRPr="00195833">
        <w:rPr>
          <w:rFonts w:ascii="Arial" w:hAnsi="Arial" w:cs="Arial"/>
          <w:sz w:val="22"/>
        </w:rPr>
        <w:t>Kč</w:t>
      </w:r>
      <w:proofErr w:type="spellEnd"/>
    </w:p>
    <w:p w14:paraId="71CC08F0" w14:textId="77777777" w:rsidR="00F35D9A" w:rsidRPr="00195833" w:rsidRDefault="002A125B" w:rsidP="0018443F">
      <w:pPr>
        <w:spacing w:after="120"/>
        <w:jc w:val="both"/>
        <w:rPr>
          <w:rFonts w:ascii="Arial" w:hAnsi="Arial" w:cs="Arial"/>
          <w:sz w:val="22"/>
        </w:rPr>
      </w:pPr>
      <w:r w:rsidRPr="00195833">
        <w:rPr>
          <w:rFonts w:ascii="Arial" w:hAnsi="Arial" w:cs="Arial"/>
          <w:sz w:val="22"/>
        </w:rPr>
        <w:t xml:space="preserve">• 2019 – </w:t>
      </w:r>
      <w:proofErr w:type="spellStart"/>
      <w:r w:rsidRPr="00195833">
        <w:rPr>
          <w:rFonts w:ascii="Arial" w:hAnsi="Arial" w:cs="Arial"/>
          <w:sz w:val="22"/>
        </w:rPr>
        <w:t>Parkoviště</w:t>
      </w:r>
      <w:proofErr w:type="spellEnd"/>
      <w:r w:rsidRPr="00195833">
        <w:rPr>
          <w:rFonts w:ascii="Arial" w:hAnsi="Arial" w:cs="Arial"/>
          <w:sz w:val="22"/>
        </w:rPr>
        <w:t xml:space="preserve"> u </w:t>
      </w:r>
      <w:proofErr w:type="spellStart"/>
      <w:r w:rsidRPr="00195833">
        <w:rPr>
          <w:rFonts w:ascii="Arial" w:hAnsi="Arial" w:cs="Arial"/>
          <w:sz w:val="22"/>
        </w:rPr>
        <w:t>Multifunkčního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sálu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gramStart"/>
      <w:r w:rsidRPr="00195833">
        <w:rPr>
          <w:rFonts w:ascii="Arial" w:hAnsi="Arial" w:cs="Arial"/>
          <w:sz w:val="22"/>
        </w:rPr>
        <w:t>a</w:t>
      </w:r>
      <w:proofErr w:type="gram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oprava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="000F67A0" w:rsidRPr="00195833">
        <w:rPr>
          <w:rFonts w:ascii="Arial" w:hAnsi="Arial" w:cs="Arial"/>
          <w:sz w:val="22"/>
        </w:rPr>
        <w:t>účelové</w:t>
      </w:r>
      <w:proofErr w:type="spellEnd"/>
      <w:r w:rsidR="000F67A0" w:rsidRPr="00195833">
        <w:rPr>
          <w:rFonts w:ascii="Arial" w:hAnsi="Arial" w:cs="Arial"/>
          <w:sz w:val="22"/>
        </w:rPr>
        <w:t xml:space="preserve"> a </w:t>
      </w:r>
      <w:proofErr w:type="spellStart"/>
      <w:r w:rsidRPr="00195833">
        <w:rPr>
          <w:rFonts w:ascii="Arial" w:hAnsi="Arial" w:cs="Arial"/>
          <w:sz w:val="22"/>
        </w:rPr>
        <w:t>místní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komunikace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kolem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sálu</w:t>
      </w:r>
      <w:proofErr w:type="spellEnd"/>
      <w:r w:rsidRPr="00195833">
        <w:rPr>
          <w:rFonts w:ascii="Arial" w:hAnsi="Arial" w:cs="Arial"/>
          <w:sz w:val="22"/>
        </w:rPr>
        <w:t xml:space="preserve"> – </w:t>
      </w:r>
    </w:p>
    <w:p w14:paraId="1EED8437" w14:textId="5D55D56D" w:rsidR="00F00321" w:rsidRPr="00195833" w:rsidRDefault="00F35D9A" w:rsidP="0018443F">
      <w:pPr>
        <w:spacing w:after="120"/>
        <w:jc w:val="both"/>
        <w:rPr>
          <w:rFonts w:ascii="Arial" w:hAnsi="Arial" w:cs="Arial"/>
          <w:sz w:val="22"/>
        </w:rPr>
      </w:pPr>
      <w:r w:rsidRPr="00195833">
        <w:rPr>
          <w:rFonts w:ascii="Arial" w:hAnsi="Arial" w:cs="Arial"/>
          <w:sz w:val="22"/>
        </w:rPr>
        <w:t xml:space="preserve">      2 606 026,00 </w:t>
      </w:r>
      <w:proofErr w:type="spellStart"/>
      <w:r w:rsidRPr="00195833">
        <w:rPr>
          <w:rFonts w:ascii="Arial" w:hAnsi="Arial" w:cs="Arial"/>
          <w:sz w:val="22"/>
        </w:rPr>
        <w:t>Kč</w:t>
      </w:r>
      <w:proofErr w:type="spellEnd"/>
    </w:p>
    <w:p w14:paraId="18F5E828" w14:textId="77777777" w:rsidR="00F00321" w:rsidRPr="00195833" w:rsidRDefault="002A125B" w:rsidP="0018443F">
      <w:pPr>
        <w:spacing w:after="120"/>
        <w:jc w:val="both"/>
        <w:rPr>
          <w:rFonts w:ascii="Arial" w:hAnsi="Arial" w:cs="Arial"/>
          <w:sz w:val="22"/>
        </w:rPr>
      </w:pPr>
      <w:r w:rsidRPr="00195833">
        <w:rPr>
          <w:rFonts w:ascii="Arial" w:hAnsi="Arial" w:cs="Arial"/>
          <w:sz w:val="22"/>
        </w:rPr>
        <w:t xml:space="preserve">• 2019 – </w:t>
      </w:r>
      <w:proofErr w:type="spellStart"/>
      <w:r w:rsidRPr="00195833">
        <w:rPr>
          <w:rFonts w:ascii="Arial" w:hAnsi="Arial" w:cs="Arial"/>
          <w:sz w:val="22"/>
        </w:rPr>
        <w:t>Rekonstrukce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Multifunkčního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sálu</w:t>
      </w:r>
      <w:proofErr w:type="spellEnd"/>
      <w:r w:rsidRPr="00195833">
        <w:rPr>
          <w:rFonts w:ascii="Arial" w:hAnsi="Arial" w:cs="Arial"/>
          <w:sz w:val="22"/>
        </w:rPr>
        <w:t xml:space="preserve"> – 10 195 435,00 </w:t>
      </w:r>
      <w:proofErr w:type="spellStart"/>
      <w:r w:rsidRPr="00195833">
        <w:rPr>
          <w:rFonts w:ascii="Arial" w:hAnsi="Arial" w:cs="Arial"/>
          <w:sz w:val="22"/>
        </w:rPr>
        <w:t>Kč</w:t>
      </w:r>
      <w:proofErr w:type="spellEnd"/>
    </w:p>
    <w:p w14:paraId="2CD80686" w14:textId="77777777" w:rsidR="00F00321" w:rsidRPr="00195833" w:rsidRDefault="002A125B" w:rsidP="0018443F">
      <w:pPr>
        <w:spacing w:after="120"/>
        <w:jc w:val="both"/>
        <w:rPr>
          <w:rFonts w:ascii="Arial" w:hAnsi="Arial" w:cs="Arial"/>
          <w:sz w:val="22"/>
        </w:rPr>
      </w:pPr>
      <w:r w:rsidRPr="00195833">
        <w:rPr>
          <w:rFonts w:ascii="Arial" w:hAnsi="Arial" w:cs="Arial"/>
          <w:sz w:val="22"/>
        </w:rPr>
        <w:t xml:space="preserve">• 2020 – </w:t>
      </w:r>
      <w:proofErr w:type="spellStart"/>
      <w:r w:rsidRPr="00195833">
        <w:rPr>
          <w:rFonts w:ascii="Arial" w:hAnsi="Arial" w:cs="Arial"/>
          <w:sz w:val="22"/>
        </w:rPr>
        <w:t>Veřejné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osvětlení</w:t>
      </w:r>
      <w:proofErr w:type="spellEnd"/>
      <w:r w:rsidRPr="00195833">
        <w:rPr>
          <w:rFonts w:ascii="Arial" w:hAnsi="Arial" w:cs="Arial"/>
          <w:sz w:val="22"/>
        </w:rPr>
        <w:t xml:space="preserve"> – 6 020 128,00 </w:t>
      </w:r>
      <w:proofErr w:type="spellStart"/>
      <w:r w:rsidRPr="00195833">
        <w:rPr>
          <w:rFonts w:ascii="Arial" w:hAnsi="Arial" w:cs="Arial"/>
          <w:sz w:val="22"/>
        </w:rPr>
        <w:t>Kč</w:t>
      </w:r>
      <w:proofErr w:type="spellEnd"/>
    </w:p>
    <w:p w14:paraId="767EFACC" w14:textId="77777777" w:rsidR="00F00321" w:rsidRPr="00195833" w:rsidRDefault="002A125B" w:rsidP="0018443F">
      <w:pPr>
        <w:spacing w:after="120"/>
        <w:jc w:val="both"/>
        <w:rPr>
          <w:rFonts w:ascii="Arial" w:hAnsi="Arial" w:cs="Arial"/>
          <w:sz w:val="22"/>
        </w:rPr>
      </w:pPr>
      <w:r w:rsidRPr="00195833">
        <w:rPr>
          <w:rFonts w:ascii="Arial" w:hAnsi="Arial" w:cs="Arial"/>
          <w:sz w:val="22"/>
        </w:rPr>
        <w:t xml:space="preserve">• 2020 – </w:t>
      </w:r>
      <w:proofErr w:type="spellStart"/>
      <w:r w:rsidRPr="00195833">
        <w:rPr>
          <w:rFonts w:ascii="Arial" w:hAnsi="Arial" w:cs="Arial"/>
          <w:sz w:val="22"/>
        </w:rPr>
        <w:t>Mateřská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škola</w:t>
      </w:r>
      <w:proofErr w:type="spellEnd"/>
      <w:r w:rsidRPr="00195833">
        <w:rPr>
          <w:rFonts w:ascii="Arial" w:hAnsi="Arial" w:cs="Arial"/>
          <w:sz w:val="22"/>
        </w:rPr>
        <w:t xml:space="preserve"> – </w:t>
      </w:r>
      <w:proofErr w:type="spellStart"/>
      <w:r w:rsidRPr="00195833">
        <w:rPr>
          <w:rFonts w:ascii="Arial" w:hAnsi="Arial" w:cs="Arial"/>
          <w:sz w:val="22"/>
        </w:rPr>
        <w:t>rekonstrukce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sociálního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zařízení</w:t>
      </w:r>
      <w:proofErr w:type="spellEnd"/>
      <w:r w:rsidRPr="00195833">
        <w:rPr>
          <w:rFonts w:ascii="Arial" w:hAnsi="Arial" w:cs="Arial"/>
          <w:sz w:val="22"/>
        </w:rPr>
        <w:t xml:space="preserve"> – 511 612,55 </w:t>
      </w:r>
      <w:proofErr w:type="spellStart"/>
      <w:r w:rsidRPr="00195833">
        <w:rPr>
          <w:rFonts w:ascii="Arial" w:hAnsi="Arial" w:cs="Arial"/>
          <w:sz w:val="22"/>
        </w:rPr>
        <w:t>Kč</w:t>
      </w:r>
      <w:proofErr w:type="spellEnd"/>
    </w:p>
    <w:p w14:paraId="00686630" w14:textId="77777777" w:rsidR="00F00321" w:rsidRPr="00195833" w:rsidRDefault="002A125B" w:rsidP="0018443F">
      <w:pPr>
        <w:spacing w:after="120"/>
        <w:jc w:val="both"/>
        <w:rPr>
          <w:rFonts w:ascii="Arial" w:hAnsi="Arial" w:cs="Arial"/>
          <w:sz w:val="22"/>
        </w:rPr>
      </w:pPr>
      <w:r w:rsidRPr="00195833">
        <w:rPr>
          <w:rFonts w:ascii="Arial" w:hAnsi="Arial" w:cs="Arial"/>
          <w:sz w:val="22"/>
        </w:rPr>
        <w:t xml:space="preserve">• 2021 – </w:t>
      </w:r>
      <w:proofErr w:type="spellStart"/>
      <w:r w:rsidRPr="00195833">
        <w:rPr>
          <w:rFonts w:ascii="Arial" w:hAnsi="Arial" w:cs="Arial"/>
          <w:sz w:val="22"/>
        </w:rPr>
        <w:t>Obecní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úřad</w:t>
      </w:r>
      <w:proofErr w:type="spellEnd"/>
      <w:r w:rsidRPr="00195833">
        <w:rPr>
          <w:rFonts w:ascii="Arial" w:hAnsi="Arial" w:cs="Arial"/>
          <w:sz w:val="22"/>
        </w:rPr>
        <w:t xml:space="preserve"> – </w:t>
      </w:r>
      <w:proofErr w:type="spellStart"/>
      <w:r w:rsidRPr="00195833">
        <w:rPr>
          <w:rFonts w:ascii="Arial" w:hAnsi="Arial" w:cs="Arial"/>
          <w:sz w:val="22"/>
        </w:rPr>
        <w:t>oprava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topení</w:t>
      </w:r>
      <w:proofErr w:type="spellEnd"/>
      <w:r w:rsidRPr="00195833">
        <w:rPr>
          <w:rFonts w:ascii="Arial" w:hAnsi="Arial" w:cs="Arial"/>
          <w:sz w:val="22"/>
        </w:rPr>
        <w:t xml:space="preserve"> – 110 662,00 </w:t>
      </w:r>
      <w:proofErr w:type="spellStart"/>
      <w:r w:rsidRPr="00195833">
        <w:rPr>
          <w:rFonts w:ascii="Arial" w:hAnsi="Arial" w:cs="Arial"/>
          <w:sz w:val="22"/>
        </w:rPr>
        <w:t>Kč</w:t>
      </w:r>
      <w:proofErr w:type="spellEnd"/>
    </w:p>
    <w:p w14:paraId="4024FF80" w14:textId="77777777" w:rsidR="00F00321" w:rsidRPr="00195833" w:rsidRDefault="002A125B" w:rsidP="0018443F">
      <w:pPr>
        <w:spacing w:after="120"/>
        <w:jc w:val="both"/>
        <w:rPr>
          <w:rFonts w:ascii="Arial" w:hAnsi="Arial" w:cs="Arial"/>
          <w:sz w:val="22"/>
        </w:rPr>
      </w:pPr>
      <w:r w:rsidRPr="00195833">
        <w:rPr>
          <w:rFonts w:ascii="Arial" w:hAnsi="Arial" w:cs="Arial"/>
          <w:sz w:val="22"/>
        </w:rPr>
        <w:t xml:space="preserve">• 2021 – </w:t>
      </w:r>
      <w:proofErr w:type="spellStart"/>
      <w:r w:rsidRPr="00195833">
        <w:rPr>
          <w:rFonts w:ascii="Arial" w:hAnsi="Arial" w:cs="Arial"/>
          <w:sz w:val="22"/>
        </w:rPr>
        <w:t>Budova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hasičárny</w:t>
      </w:r>
      <w:proofErr w:type="spellEnd"/>
      <w:r w:rsidRPr="00195833">
        <w:rPr>
          <w:rFonts w:ascii="Arial" w:hAnsi="Arial" w:cs="Arial"/>
          <w:sz w:val="22"/>
        </w:rPr>
        <w:t xml:space="preserve"> – </w:t>
      </w:r>
      <w:proofErr w:type="spellStart"/>
      <w:r w:rsidRPr="00195833">
        <w:rPr>
          <w:rFonts w:ascii="Arial" w:hAnsi="Arial" w:cs="Arial"/>
          <w:sz w:val="22"/>
        </w:rPr>
        <w:t>oprava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topení</w:t>
      </w:r>
      <w:proofErr w:type="spellEnd"/>
      <w:r w:rsidRPr="00195833">
        <w:rPr>
          <w:rFonts w:ascii="Arial" w:hAnsi="Arial" w:cs="Arial"/>
          <w:sz w:val="22"/>
        </w:rPr>
        <w:t xml:space="preserve"> – 268 127,00 </w:t>
      </w:r>
      <w:proofErr w:type="spellStart"/>
      <w:r w:rsidRPr="00195833">
        <w:rPr>
          <w:rFonts w:ascii="Arial" w:hAnsi="Arial" w:cs="Arial"/>
          <w:sz w:val="22"/>
        </w:rPr>
        <w:t>Kč</w:t>
      </w:r>
      <w:proofErr w:type="spellEnd"/>
    </w:p>
    <w:p w14:paraId="666AB6F4" w14:textId="77777777" w:rsidR="00F00321" w:rsidRPr="00195833" w:rsidRDefault="002A125B" w:rsidP="0018443F">
      <w:pPr>
        <w:spacing w:after="120"/>
        <w:jc w:val="both"/>
        <w:rPr>
          <w:rFonts w:ascii="Arial" w:hAnsi="Arial" w:cs="Arial"/>
          <w:sz w:val="22"/>
        </w:rPr>
      </w:pPr>
      <w:r w:rsidRPr="00195833">
        <w:rPr>
          <w:rFonts w:ascii="Arial" w:hAnsi="Arial" w:cs="Arial"/>
          <w:sz w:val="22"/>
        </w:rPr>
        <w:t xml:space="preserve">• 2023 – </w:t>
      </w:r>
      <w:proofErr w:type="spellStart"/>
      <w:r w:rsidRPr="00195833">
        <w:rPr>
          <w:rFonts w:ascii="Arial" w:hAnsi="Arial" w:cs="Arial"/>
          <w:sz w:val="22"/>
        </w:rPr>
        <w:t>Nákup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traktoru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Kioti</w:t>
      </w:r>
      <w:proofErr w:type="spellEnd"/>
      <w:r w:rsidRPr="00195833">
        <w:rPr>
          <w:rFonts w:ascii="Arial" w:hAnsi="Arial" w:cs="Arial"/>
          <w:sz w:val="22"/>
        </w:rPr>
        <w:t xml:space="preserve"> – 1 208 186,00 </w:t>
      </w:r>
      <w:proofErr w:type="spellStart"/>
      <w:r w:rsidRPr="00195833">
        <w:rPr>
          <w:rFonts w:ascii="Arial" w:hAnsi="Arial" w:cs="Arial"/>
          <w:sz w:val="22"/>
        </w:rPr>
        <w:t>Kč</w:t>
      </w:r>
      <w:proofErr w:type="spellEnd"/>
    </w:p>
    <w:p w14:paraId="26F9949F" w14:textId="77777777" w:rsidR="00F00321" w:rsidRPr="00195833" w:rsidRDefault="002A125B" w:rsidP="0018443F">
      <w:pPr>
        <w:spacing w:after="120"/>
        <w:jc w:val="both"/>
        <w:rPr>
          <w:rFonts w:ascii="Arial" w:hAnsi="Arial" w:cs="Arial"/>
          <w:sz w:val="22"/>
        </w:rPr>
      </w:pPr>
      <w:r w:rsidRPr="00195833">
        <w:rPr>
          <w:rFonts w:ascii="Arial" w:hAnsi="Arial" w:cs="Arial"/>
          <w:sz w:val="22"/>
        </w:rPr>
        <w:t xml:space="preserve">• 2024 – </w:t>
      </w:r>
      <w:proofErr w:type="spellStart"/>
      <w:r w:rsidRPr="00195833">
        <w:rPr>
          <w:rFonts w:ascii="Arial" w:hAnsi="Arial" w:cs="Arial"/>
          <w:sz w:val="22"/>
        </w:rPr>
        <w:t>Obnova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dětského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hřiště</w:t>
      </w:r>
      <w:proofErr w:type="spellEnd"/>
      <w:r w:rsidRPr="00195833">
        <w:rPr>
          <w:rFonts w:ascii="Arial" w:hAnsi="Arial" w:cs="Arial"/>
          <w:sz w:val="22"/>
        </w:rPr>
        <w:t xml:space="preserve"> za </w:t>
      </w:r>
      <w:proofErr w:type="spellStart"/>
      <w:r w:rsidRPr="00195833">
        <w:rPr>
          <w:rFonts w:ascii="Arial" w:hAnsi="Arial" w:cs="Arial"/>
          <w:sz w:val="22"/>
        </w:rPr>
        <w:t>bytovkami</w:t>
      </w:r>
      <w:proofErr w:type="spellEnd"/>
      <w:r w:rsidRPr="00195833">
        <w:rPr>
          <w:rFonts w:ascii="Arial" w:hAnsi="Arial" w:cs="Arial"/>
          <w:sz w:val="22"/>
        </w:rPr>
        <w:t xml:space="preserve"> – 512 255,00 </w:t>
      </w:r>
      <w:proofErr w:type="spellStart"/>
      <w:r w:rsidRPr="00195833">
        <w:rPr>
          <w:rFonts w:ascii="Arial" w:hAnsi="Arial" w:cs="Arial"/>
          <w:sz w:val="22"/>
        </w:rPr>
        <w:t>Kč</w:t>
      </w:r>
      <w:proofErr w:type="spellEnd"/>
      <w:r w:rsidRPr="00195833">
        <w:rPr>
          <w:rFonts w:ascii="Arial" w:hAnsi="Arial" w:cs="Arial"/>
          <w:sz w:val="22"/>
        </w:rPr>
        <w:t xml:space="preserve">; </w:t>
      </w:r>
      <w:proofErr w:type="spellStart"/>
      <w:r w:rsidRPr="00195833">
        <w:rPr>
          <w:rFonts w:ascii="Arial" w:hAnsi="Arial" w:cs="Arial"/>
          <w:sz w:val="22"/>
        </w:rPr>
        <w:t>dotace</w:t>
      </w:r>
      <w:proofErr w:type="spellEnd"/>
      <w:r w:rsidRPr="00195833">
        <w:rPr>
          <w:rFonts w:ascii="Arial" w:hAnsi="Arial" w:cs="Arial"/>
          <w:sz w:val="22"/>
        </w:rPr>
        <w:t xml:space="preserve"> z POV 135 000,00 </w:t>
      </w:r>
      <w:proofErr w:type="spellStart"/>
      <w:r w:rsidRPr="00195833">
        <w:rPr>
          <w:rFonts w:ascii="Arial" w:hAnsi="Arial" w:cs="Arial"/>
          <w:sz w:val="22"/>
        </w:rPr>
        <w:t>Kč</w:t>
      </w:r>
      <w:proofErr w:type="spellEnd"/>
      <w:r w:rsidRPr="00195833">
        <w:rPr>
          <w:rFonts w:ascii="Arial" w:hAnsi="Arial" w:cs="Arial"/>
          <w:sz w:val="22"/>
        </w:rPr>
        <w:t xml:space="preserve"> (</w:t>
      </w:r>
      <w:proofErr w:type="spellStart"/>
      <w:r w:rsidRPr="00195833">
        <w:rPr>
          <w:rFonts w:ascii="Arial" w:hAnsi="Arial" w:cs="Arial"/>
          <w:sz w:val="22"/>
        </w:rPr>
        <w:t>lanovka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áčková</w:t>
      </w:r>
      <w:proofErr w:type="spellEnd"/>
      <w:r w:rsidRPr="00195833">
        <w:rPr>
          <w:rFonts w:ascii="Arial" w:hAnsi="Arial" w:cs="Arial"/>
          <w:sz w:val="22"/>
        </w:rPr>
        <w:t xml:space="preserve">, </w:t>
      </w:r>
      <w:proofErr w:type="spellStart"/>
      <w:r w:rsidRPr="00195833">
        <w:rPr>
          <w:rFonts w:ascii="Arial" w:hAnsi="Arial" w:cs="Arial"/>
          <w:sz w:val="22"/>
        </w:rPr>
        <w:t>univerzální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mašinka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kovová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čtyřboká</w:t>
      </w:r>
      <w:proofErr w:type="spellEnd"/>
      <w:r w:rsidRPr="00195833">
        <w:rPr>
          <w:rFonts w:ascii="Arial" w:hAnsi="Arial" w:cs="Arial"/>
          <w:sz w:val="22"/>
        </w:rPr>
        <w:t>)</w:t>
      </w:r>
    </w:p>
    <w:p w14:paraId="4FC75367" w14:textId="77777777" w:rsidR="00F00321" w:rsidRPr="00195833" w:rsidRDefault="002A125B" w:rsidP="0018443F">
      <w:pPr>
        <w:spacing w:after="120"/>
        <w:jc w:val="both"/>
        <w:rPr>
          <w:rFonts w:ascii="Arial" w:hAnsi="Arial" w:cs="Arial"/>
          <w:sz w:val="22"/>
        </w:rPr>
      </w:pPr>
      <w:r w:rsidRPr="00195833">
        <w:rPr>
          <w:rFonts w:ascii="Arial" w:hAnsi="Arial" w:cs="Arial"/>
          <w:sz w:val="22"/>
        </w:rPr>
        <w:t xml:space="preserve">• 2024 – </w:t>
      </w:r>
      <w:proofErr w:type="spellStart"/>
      <w:r w:rsidRPr="00195833">
        <w:rPr>
          <w:rFonts w:ascii="Arial" w:hAnsi="Arial" w:cs="Arial"/>
          <w:sz w:val="22"/>
        </w:rPr>
        <w:t>Oprava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polní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cesty</w:t>
      </w:r>
      <w:proofErr w:type="spellEnd"/>
      <w:r w:rsidRPr="00195833">
        <w:rPr>
          <w:rFonts w:ascii="Arial" w:hAnsi="Arial" w:cs="Arial"/>
          <w:sz w:val="22"/>
        </w:rPr>
        <w:t xml:space="preserve">, I. </w:t>
      </w:r>
      <w:proofErr w:type="spellStart"/>
      <w:r w:rsidRPr="00195833">
        <w:rPr>
          <w:rFonts w:ascii="Arial" w:hAnsi="Arial" w:cs="Arial"/>
          <w:sz w:val="22"/>
        </w:rPr>
        <w:t>etapa</w:t>
      </w:r>
      <w:proofErr w:type="spellEnd"/>
      <w:r w:rsidRPr="00195833">
        <w:rPr>
          <w:rFonts w:ascii="Arial" w:hAnsi="Arial" w:cs="Arial"/>
          <w:sz w:val="22"/>
        </w:rPr>
        <w:t xml:space="preserve"> – 3 352 934,54 </w:t>
      </w:r>
      <w:proofErr w:type="spellStart"/>
      <w:r w:rsidRPr="00195833">
        <w:rPr>
          <w:rFonts w:ascii="Arial" w:hAnsi="Arial" w:cs="Arial"/>
          <w:sz w:val="22"/>
        </w:rPr>
        <w:t>Kč</w:t>
      </w:r>
      <w:proofErr w:type="spellEnd"/>
    </w:p>
    <w:p w14:paraId="2CD786BD" w14:textId="77777777" w:rsidR="00F00321" w:rsidRPr="00195833" w:rsidRDefault="002A125B" w:rsidP="0018443F">
      <w:pPr>
        <w:spacing w:after="120"/>
        <w:jc w:val="both"/>
        <w:rPr>
          <w:rFonts w:ascii="Arial" w:hAnsi="Arial" w:cs="Arial"/>
          <w:sz w:val="22"/>
        </w:rPr>
      </w:pPr>
      <w:r w:rsidRPr="00195833">
        <w:rPr>
          <w:rFonts w:ascii="Arial" w:hAnsi="Arial" w:cs="Arial"/>
          <w:sz w:val="22"/>
        </w:rPr>
        <w:t xml:space="preserve">• 2025 – Nový plot </w:t>
      </w:r>
      <w:proofErr w:type="spellStart"/>
      <w:r w:rsidRPr="00195833">
        <w:rPr>
          <w:rFonts w:ascii="Arial" w:hAnsi="Arial" w:cs="Arial"/>
          <w:sz w:val="22"/>
        </w:rPr>
        <w:t>kolem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kapličky</w:t>
      </w:r>
      <w:proofErr w:type="spellEnd"/>
      <w:r w:rsidRPr="00195833">
        <w:rPr>
          <w:rFonts w:ascii="Arial" w:hAnsi="Arial" w:cs="Arial"/>
          <w:sz w:val="22"/>
        </w:rPr>
        <w:t xml:space="preserve"> – 223 850,00 </w:t>
      </w:r>
      <w:proofErr w:type="spellStart"/>
      <w:r w:rsidRPr="00195833">
        <w:rPr>
          <w:rFonts w:ascii="Arial" w:hAnsi="Arial" w:cs="Arial"/>
          <w:sz w:val="22"/>
        </w:rPr>
        <w:t>Kč</w:t>
      </w:r>
      <w:proofErr w:type="spellEnd"/>
    </w:p>
    <w:p w14:paraId="6358BED9" w14:textId="644316E2" w:rsidR="00F00321" w:rsidRPr="00195833" w:rsidRDefault="002A125B" w:rsidP="0018443F">
      <w:pPr>
        <w:spacing w:after="120"/>
        <w:jc w:val="both"/>
        <w:rPr>
          <w:rFonts w:ascii="Arial" w:hAnsi="Arial" w:cs="Arial"/>
          <w:sz w:val="22"/>
        </w:rPr>
      </w:pPr>
      <w:r w:rsidRPr="00195833">
        <w:rPr>
          <w:rFonts w:ascii="Arial" w:hAnsi="Arial" w:cs="Arial"/>
          <w:sz w:val="22"/>
        </w:rPr>
        <w:t xml:space="preserve">• 2025 – </w:t>
      </w:r>
      <w:proofErr w:type="spellStart"/>
      <w:r w:rsidRPr="00195833">
        <w:rPr>
          <w:rFonts w:ascii="Arial" w:hAnsi="Arial" w:cs="Arial"/>
          <w:sz w:val="22"/>
        </w:rPr>
        <w:t>Nové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proofErr w:type="gramStart"/>
      <w:r w:rsidRPr="00195833">
        <w:rPr>
          <w:rFonts w:ascii="Arial" w:hAnsi="Arial" w:cs="Arial"/>
          <w:sz w:val="22"/>
        </w:rPr>
        <w:t>pískoviště</w:t>
      </w:r>
      <w:proofErr w:type="spellEnd"/>
      <w:r w:rsidR="000F67A0" w:rsidRPr="00195833">
        <w:rPr>
          <w:rFonts w:ascii="Arial" w:hAnsi="Arial" w:cs="Arial"/>
          <w:sz w:val="22"/>
        </w:rPr>
        <w:t xml:space="preserve">  s</w:t>
      </w:r>
      <w:proofErr w:type="gramEnd"/>
      <w:r w:rsidR="000F67A0" w:rsidRPr="00195833">
        <w:rPr>
          <w:rFonts w:ascii="Arial" w:hAnsi="Arial" w:cs="Arial"/>
          <w:sz w:val="22"/>
        </w:rPr>
        <w:t xml:space="preserve"> </w:t>
      </w:r>
      <w:proofErr w:type="spellStart"/>
      <w:r w:rsidR="000F67A0" w:rsidRPr="00195833">
        <w:rPr>
          <w:rFonts w:ascii="Arial" w:hAnsi="Arial" w:cs="Arial"/>
          <w:sz w:val="22"/>
        </w:rPr>
        <w:t>přístřeškem</w:t>
      </w:r>
      <w:proofErr w:type="spellEnd"/>
      <w:r w:rsidR="000F67A0" w:rsidRPr="00195833">
        <w:rPr>
          <w:rFonts w:ascii="Arial" w:hAnsi="Arial" w:cs="Arial"/>
          <w:sz w:val="22"/>
        </w:rPr>
        <w:t xml:space="preserve"> pro </w:t>
      </w:r>
      <w:proofErr w:type="spellStart"/>
      <w:r w:rsidR="000F67A0" w:rsidRPr="00195833">
        <w:rPr>
          <w:rFonts w:ascii="Arial" w:hAnsi="Arial" w:cs="Arial"/>
          <w:sz w:val="22"/>
        </w:rPr>
        <w:t>hračky</w:t>
      </w:r>
      <w:proofErr w:type="spellEnd"/>
      <w:r w:rsidR="000F67A0" w:rsidRPr="00195833">
        <w:rPr>
          <w:rFonts w:ascii="Arial" w:hAnsi="Arial" w:cs="Arial"/>
          <w:sz w:val="22"/>
        </w:rPr>
        <w:t xml:space="preserve"> -</w:t>
      </w:r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Mateřská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škola</w:t>
      </w:r>
      <w:proofErr w:type="spellEnd"/>
      <w:r w:rsidRPr="00195833">
        <w:rPr>
          <w:rFonts w:ascii="Arial" w:hAnsi="Arial" w:cs="Arial"/>
          <w:sz w:val="22"/>
        </w:rPr>
        <w:t xml:space="preserve"> – 246 235,00 </w:t>
      </w:r>
      <w:proofErr w:type="spellStart"/>
      <w:r w:rsidRPr="00195833">
        <w:rPr>
          <w:rFonts w:ascii="Arial" w:hAnsi="Arial" w:cs="Arial"/>
          <w:sz w:val="22"/>
        </w:rPr>
        <w:t>Kč</w:t>
      </w:r>
      <w:proofErr w:type="spellEnd"/>
    </w:p>
    <w:p w14:paraId="5E9E81E4" w14:textId="77777777" w:rsidR="00F00321" w:rsidRPr="00195833" w:rsidRDefault="002A125B" w:rsidP="0018443F">
      <w:pPr>
        <w:spacing w:after="120"/>
        <w:jc w:val="both"/>
        <w:rPr>
          <w:rFonts w:ascii="Arial" w:hAnsi="Arial" w:cs="Arial"/>
          <w:sz w:val="22"/>
        </w:rPr>
      </w:pPr>
      <w:r w:rsidRPr="00195833">
        <w:rPr>
          <w:rFonts w:ascii="Arial" w:hAnsi="Arial" w:cs="Arial"/>
          <w:sz w:val="22"/>
        </w:rPr>
        <w:t xml:space="preserve">• 2025 – </w:t>
      </w:r>
      <w:proofErr w:type="spellStart"/>
      <w:r w:rsidRPr="00195833">
        <w:rPr>
          <w:rFonts w:ascii="Arial" w:hAnsi="Arial" w:cs="Arial"/>
          <w:sz w:val="22"/>
        </w:rPr>
        <w:t>Kamerový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systém</w:t>
      </w:r>
      <w:proofErr w:type="spellEnd"/>
      <w:r w:rsidRPr="00195833">
        <w:rPr>
          <w:rFonts w:ascii="Arial" w:hAnsi="Arial" w:cs="Arial"/>
          <w:sz w:val="22"/>
        </w:rPr>
        <w:t xml:space="preserve"> – </w:t>
      </w:r>
      <w:proofErr w:type="spellStart"/>
      <w:r w:rsidRPr="00195833">
        <w:rPr>
          <w:rFonts w:ascii="Arial" w:hAnsi="Arial" w:cs="Arial"/>
          <w:sz w:val="22"/>
        </w:rPr>
        <w:t>sběrný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dvůr</w:t>
      </w:r>
      <w:proofErr w:type="spellEnd"/>
      <w:r w:rsidRPr="00195833">
        <w:rPr>
          <w:rFonts w:ascii="Arial" w:hAnsi="Arial" w:cs="Arial"/>
          <w:sz w:val="22"/>
        </w:rPr>
        <w:t xml:space="preserve">, </w:t>
      </w:r>
      <w:proofErr w:type="spellStart"/>
      <w:r w:rsidRPr="00195833">
        <w:rPr>
          <w:rFonts w:ascii="Arial" w:hAnsi="Arial" w:cs="Arial"/>
          <w:sz w:val="22"/>
        </w:rPr>
        <w:t>parkoviště</w:t>
      </w:r>
      <w:proofErr w:type="spellEnd"/>
      <w:r w:rsidRPr="00195833">
        <w:rPr>
          <w:rFonts w:ascii="Arial" w:hAnsi="Arial" w:cs="Arial"/>
          <w:sz w:val="22"/>
        </w:rPr>
        <w:t xml:space="preserve"> a </w:t>
      </w:r>
      <w:proofErr w:type="spellStart"/>
      <w:r w:rsidRPr="00195833">
        <w:rPr>
          <w:rFonts w:ascii="Arial" w:hAnsi="Arial" w:cs="Arial"/>
          <w:sz w:val="22"/>
        </w:rPr>
        <w:t>hřiště</w:t>
      </w:r>
      <w:proofErr w:type="spellEnd"/>
      <w:r w:rsidRPr="00195833">
        <w:rPr>
          <w:rFonts w:ascii="Arial" w:hAnsi="Arial" w:cs="Arial"/>
          <w:sz w:val="22"/>
        </w:rPr>
        <w:t xml:space="preserve"> u </w:t>
      </w:r>
      <w:proofErr w:type="spellStart"/>
      <w:r w:rsidRPr="00195833">
        <w:rPr>
          <w:rFonts w:ascii="Arial" w:hAnsi="Arial" w:cs="Arial"/>
          <w:sz w:val="22"/>
        </w:rPr>
        <w:t>sálu</w:t>
      </w:r>
      <w:proofErr w:type="spellEnd"/>
      <w:r w:rsidRPr="00195833">
        <w:rPr>
          <w:rFonts w:ascii="Arial" w:hAnsi="Arial" w:cs="Arial"/>
          <w:sz w:val="22"/>
        </w:rPr>
        <w:t xml:space="preserve"> – 122 489,00 </w:t>
      </w:r>
      <w:proofErr w:type="spellStart"/>
      <w:r w:rsidRPr="00195833">
        <w:rPr>
          <w:rFonts w:ascii="Arial" w:hAnsi="Arial" w:cs="Arial"/>
          <w:sz w:val="22"/>
        </w:rPr>
        <w:t>Kč</w:t>
      </w:r>
      <w:proofErr w:type="spellEnd"/>
    </w:p>
    <w:p w14:paraId="01E9F9B9" w14:textId="77777777" w:rsidR="00F00321" w:rsidRPr="00195833" w:rsidRDefault="002A125B" w:rsidP="0018443F">
      <w:pPr>
        <w:spacing w:after="120"/>
        <w:jc w:val="both"/>
        <w:rPr>
          <w:rFonts w:ascii="Arial" w:hAnsi="Arial" w:cs="Arial"/>
          <w:sz w:val="22"/>
        </w:rPr>
      </w:pPr>
      <w:r w:rsidRPr="00195833">
        <w:rPr>
          <w:rFonts w:ascii="Arial" w:hAnsi="Arial" w:cs="Arial"/>
          <w:sz w:val="22"/>
        </w:rPr>
        <w:t xml:space="preserve">• 2026 – </w:t>
      </w:r>
      <w:proofErr w:type="spellStart"/>
      <w:r w:rsidRPr="00195833">
        <w:rPr>
          <w:rFonts w:ascii="Arial" w:hAnsi="Arial" w:cs="Arial"/>
          <w:sz w:val="22"/>
        </w:rPr>
        <w:t>Chodník</w:t>
      </w:r>
      <w:proofErr w:type="spellEnd"/>
      <w:r w:rsidRPr="00195833">
        <w:rPr>
          <w:rFonts w:ascii="Arial" w:hAnsi="Arial" w:cs="Arial"/>
          <w:sz w:val="22"/>
        </w:rPr>
        <w:t xml:space="preserve"> Úhřetice–</w:t>
      </w:r>
      <w:proofErr w:type="spellStart"/>
      <w:r w:rsidRPr="00195833">
        <w:rPr>
          <w:rFonts w:ascii="Arial" w:hAnsi="Arial" w:cs="Arial"/>
          <w:sz w:val="22"/>
        </w:rPr>
        <w:t>Vejvanovice</w:t>
      </w:r>
      <w:proofErr w:type="spellEnd"/>
      <w:r w:rsidRPr="00195833">
        <w:rPr>
          <w:rFonts w:ascii="Arial" w:hAnsi="Arial" w:cs="Arial"/>
          <w:sz w:val="22"/>
        </w:rPr>
        <w:t xml:space="preserve"> – 6 271 125,00 </w:t>
      </w:r>
      <w:proofErr w:type="spellStart"/>
      <w:r w:rsidRPr="00195833">
        <w:rPr>
          <w:rFonts w:ascii="Arial" w:hAnsi="Arial" w:cs="Arial"/>
          <w:sz w:val="22"/>
        </w:rPr>
        <w:t>Kč</w:t>
      </w:r>
      <w:proofErr w:type="spellEnd"/>
    </w:p>
    <w:p w14:paraId="081DE548" w14:textId="2F5B3449" w:rsidR="00F00321" w:rsidRPr="00195833" w:rsidRDefault="002A125B" w:rsidP="0018443F">
      <w:pPr>
        <w:spacing w:after="120"/>
        <w:jc w:val="both"/>
        <w:rPr>
          <w:rFonts w:ascii="Arial" w:hAnsi="Arial" w:cs="Arial"/>
          <w:sz w:val="22"/>
        </w:rPr>
      </w:pPr>
      <w:r w:rsidRPr="00195833">
        <w:rPr>
          <w:rFonts w:ascii="Arial" w:hAnsi="Arial" w:cs="Arial"/>
          <w:sz w:val="22"/>
        </w:rPr>
        <w:t xml:space="preserve">• 2026 – </w:t>
      </w:r>
      <w:proofErr w:type="spellStart"/>
      <w:r w:rsidRPr="00195833">
        <w:rPr>
          <w:rFonts w:ascii="Arial" w:hAnsi="Arial" w:cs="Arial"/>
          <w:sz w:val="22"/>
        </w:rPr>
        <w:t>Rekonstrukce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kuchyně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Mateřské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školy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včetně</w:t>
      </w:r>
      <w:proofErr w:type="spellEnd"/>
      <w:r w:rsidRPr="00195833">
        <w:rPr>
          <w:rFonts w:ascii="Arial" w:hAnsi="Arial" w:cs="Arial"/>
          <w:sz w:val="22"/>
        </w:rPr>
        <w:t xml:space="preserve"> gastro </w:t>
      </w:r>
      <w:proofErr w:type="spellStart"/>
      <w:r w:rsidRPr="00195833">
        <w:rPr>
          <w:rFonts w:ascii="Arial" w:hAnsi="Arial" w:cs="Arial"/>
          <w:sz w:val="22"/>
        </w:rPr>
        <w:t>vybavení</w:t>
      </w:r>
      <w:proofErr w:type="spellEnd"/>
      <w:r w:rsidRPr="00195833">
        <w:rPr>
          <w:rFonts w:ascii="Arial" w:hAnsi="Arial" w:cs="Arial"/>
          <w:sz w:val="22"/>
        </w:rPr>
        <w:t xml:space="preserve">, </w:t>
      </w:r>
      <w:proofErr w:type="spellStart"/>
      <w:r w:rsidRPr="00195833">
        <w:rPr>
          <w:rFonts w:ascii="Arial" w:hAnsi="Arial" w:cs="Arial"/>
          <w:sz w:val="22"/>
        </w:rPr>
        <w:t>opravy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sociálního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zařízení</w:t>
      </w:r>
      <w:proofErr w:type="spellEnd"/>
      <w:r w:rsidRPr="00195833">
        <w:rPr>
          <w:rFonts w:ascii="Arial" w:hAnsi="Arial" w:cs="Arial"/>
          <w:sz w:val="22"/>
        </w:rPr>
        <w:t xml:space="preserve"> pro </w:t>
      </w:r>
      <w:proofErr w:type="spellStart"/>
      <w:r w:rsidRPr="00195833">
        <w:rPr>
          <w:rFonts w:ascii="Arial" w:hAnsi="Arial" w:cs="Arial"/>
          <w:sz w:val="22"/>
        </w:rPr>
        <w:t>personál</w:t>
      </w:r>
      <w:proofErr w:type="spellEnd"/>
      <w:r w:rsidRPr="00195833">
        <w:rPr>
          <w:rFonts w:ascii="Arial" w:hAnsi="Arial" w:cs="Arial"/>
          <w:sz w:val="22"/>
        </w:rPr>
        <w:t xml:space="preserve"> a </w:t>
      </w:r>
      <w:proofErr w:type="spellStart"/>
      <w:r w:rsidRPr="00195833">
        <w:rPr>
          <w:rFonts w:ascii="Arial" w:hAnsi="Arial" w:cs="Arial"/>
          <w:sz w:val="22"/>
        </w:rPr>
        <w:t>výměny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rozvodu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vody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gramStart"/>
      <w:r w:rsidRPr="00195833">
        <w:rPr>
          <w:rFonts w:ascii="Arial" w:hAnsi="Arial" w:cs="Arial"/>
          <w:sz w:val="22"/>
        </w:rPr>
        <w:t xml:space="preserve">– </w:t>
      </w:r>
      <w:r w:rsidR="004C5663" w:rsidRPr="00195833">
        <w:rPr>
          <w:rFonts w:ascii="Arial" w:hAnsi="Arial" w:cs="Arial"/>
          <w:sz w:val="22"/>
        </w:rPr>
        <w:t xml:space="preserve"> 5</w:t>
      </w:r>
      <w:proofErr w:type="gramEnd"/>
      <w:r w:rsidR="004C5663" w:rsidRPr="00195833">
        <w:rPr>
          <w:rFonts w:ascii="Arial" w:hAnsi="Arial" w:cs="Arial"/>
          <w:sz w:val="22"/>
        </w:rPr>
        <w:t xml:space="preserve"> mil. </w:t>
      </w:r>
      <w:proofErr w:type="spellStart"/>
      <w:r w:rsidR="004C5663" w:rsidRPr="00195833">
        <w:rPr>
          <w:rFonts w:ascii="Arial" w:hAnsi="Arial" w:cs="Arial"/>
          <w:sz w:val="22"/>
        </w:rPr>
        <w:t>Kč</w:t>
      </w:r>
      <w:proofErr w:type="spellEnd"/>
    </w:p>
    <w:p w14:paraId="7DF1C20A" w14:textId="12BFCCFA" w:rsidR="00F00321" w:rsidRDefault="002A125B" w:rsidP="0018443F">
      <w:pPr>
        <w:spacing w:after="120"/>
        <w:jc w:val="both"/>
        <w:rPr>
          <w:rFonts w:ascii="Arial" w:hAnsi="Arial" w:cs="Arial"/>
          <w:sz w:val="22"/>
        </w:rPr>
      </w:pPr>
      <w:r w:rsidRPr="00195833">
        <w:rPr>
          <w:rFonts w:ascii="Arial" w:hAnsi="Arial" w:cs="Arial"/>
          <w:sz w:val="22"/>
        </w:rPr>
        <w:lastRenderedPageBreak/>
        <w:t xml:space="preserve">• 2026 – </w:t>
      </w:r>
      <w:proofErr w:type="spellStart"/>
      <w:r w:rsidRPr="00195833">
        <w:rPr>
          <w:rFonts w:ascii="Arial" w:hAnsi="Arial" w:cs="Arial"/>
          <w:sz w:val="22"/>
        </w:rPr>
        <w:t>Splašková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kanalizace</w:t>
      </w:r>
      <w:proofErr w:type="spellEnd"/>
      <w:r w:rsidRPr="00195833">
        <w:rPr>
          <w:rFonts w:ascii="Arial" w:hAnsi="Arial" w:cs="Arial"/>
          <w:sz w:val="22"/>
        </w:rPr>
        <w:t xml:space="preserve"> a ČOV – </w:t>
      </w:r>
      <w:r w:rsidR="004C5663" w:rsidRPr="00195833">
        <w:rPr>
          <w:rFonts w:ascii="Arial" w:hAnsi="Arial" w:cs="Arial"/>
          <w:sz w:val="22"/>
        </w:rPr>
        <w:t>132</w:t>
      </w:r>
      <w:r w:rsidRPr="00195833">
        <w:rPr>
          <w:rFonts w:ascii="Arial" w:hAnsi="Arial" w:cs="Arial"/>
          <w:sz w:val="22"/>
        </w:rPr>
        <w:t xml:space="preserve"> 000 000,00 </w:t>
      </w:r>
      <w:proofErr w:type="spellStart"/>
      <w:r w:rsidRPr="00195833">
        <w:rPr>
          <w:rFonts w:ascii="Arial" w:hAnsi="Arial" w:cs="Arial"/>
          <w:sz w:val="22"/>
        </w:rPr>
        <w:t>Kč</w:t>
      </w:r>
      <w:proofErr w:type="spellEnd"/>
    </w:p>
    <w:p w14:paraId="6119F269" w14:textId="284A9C34" w:rsidR="00F255A5" w:rsidRDefault="00F255A5" w:rsidP="0018443F">
      <w:pPr>
        <w:spacing w:after="120"/>
        <w:jc w:val="both"/>
        <w:rPr>
          <w:rFonts w:ascii="Arial" w:hAnsi="Arial" w:cs="Arial"/>
          <w:sz w:val="22"/>
          <w:u w:val="single"/>
        </w:rPr>
      </w:pPr>
      <w:proofErr w:type="spellStart"/>
      <w:r w:rsidRPr="00F255A5">
        <w:rPr>
          <w:rFonts w:ascii="Arial" w:hAnsi="Arial" w:cs="Arial"/>
          <w:sz w:val="22"/>
          <w:u w:val="single"/>
        </w:rPr>
        <w:t>Celkové</w:t>
      </w:r>
      <w:proofErr w:type="spellEnd"/>
      <w:r w:rsidRPr="00F255A5">
        <w:rPr>
          <w:rFonts w:ascii="Arial" w:hAnsi="Arial" w:cs="Arial"/>
          <w:sz w:val="22"/>
          <w:u w:val="single"/>
        </w:rPr>
        <w:t xml:space="preserve"> </w:t>
      </w:r>
      <w:proofErr w:type="spellStart"/>
      <w:r w:rsidRPr="00F255A5">
        <w:rPr>
          <w:rFonts w:ascii="Arial" w:hAnsi="Arial" w:cs="Arial"/>
          <w:sz w:val="22"/>
          <w:u w:val="single"/>
        </w:rPr>
        <w:t>investice</w:t>
      </w:r>
      <w:proofErr w:type="spellEnd"/>
      <w:r w:rsidRPr="00F255A5">
        <w:rPr>
          <w:rFonts w:ascii="Arial" w:hAnsi="Arial" w:cs="Arial"/>
          <w:sz w:val="22"/>
          <w:u w:val="single"/>
        </w:rPr>
        <w:t xml:space="preserve"> </w:t>
      </w:r>
      <w:proofErr w:type="spellStart"/>
      <w:r w:rsidRPr="00F255A5">
        <w:rPr>
          <w:rFonts w:ascii="Arial" w:hAnsi="Arial" w:cs="Arial"/>
          <w:sz w:val="22"/>
          <w:u w:val="single"/>
        </w:rPr>
        <w:t>vč</w:t>
      </w:r>
      <w:proofErr w:type="spellEnd"/>
      <w:r w:rsidRPr="00F255A5">
        <w:rPr>
          <w:rFonts w:ascii="Arial" w:hAnsi="Arial" w:cs="Arial"/>
          <w:sz w:val="22"/>
          <w:u w:val="single"/>
        </w:rPr>
        <w:t xml:space="preserve"> </w:t>
      </w:r>
      <w:proofErr w:type="spellStart"/>
      <w:r w:rsidRPr="00F255A5">
        <w:rPr>
          <w:rFonts w:ascii="Arial" w:hAnsi="Arial" w:cs="Arial"/>
          <w:sz w:val="22"/>
          <w:u w:val="single"/>
        </w:rPr>
        <w:t>kanalizace</w:t>
      </w:r>
      <w:proofErr w:type="spellEnd"/>
      <w:r w:rsidRPr="00F255A5">
        <w:rPr>
          <w:rFonts w:ascii="Arial" w:hAnsi="Arial" w:cs="Arial"/>
          <w:sz w:val="22"/>
          <w:u w:val="single"/>
        </w:rPr>
        <w:t xml:space="preserve"> </w:t>
      </w:r>
      <w:proofErr w:type="gramStart"/>
      <w:r w:rsidRPr="00F255A5">
        <w:rPr>
          <w:rFonts w:ascii="Arial" w:hAnsi="Arial" w:cs="Arial"/>
          <w:sz w:val="22"/>
          <w:u w:val="single"/>
        </w:rPr>
        <w:t>-  173</w:t>
      </w:r>
      <w:proofErr w:type="gramEnd"/>
      <w:r w:rsidRPr="00F255A5">
        <w:rPr>
          <w:rFonts w:ascii="Arial" w:hAnsi="Arial" w:cs="Arial"/>
          <w:sz w:val="22"/>
          <w:u w:val="single"/>
        </w:rPr>
        <w:t xml:space="preserve"> 252 760,00 </w:t>
      </w:r>
      <w:proofErr w:type="spellStart"/>
      <w:r w:rsidRPr="00F255A5">
        <w:rPr>
          <w:rFonts w:ascii="Arial" w:hAnsi="Arial" w:cs="Arial"/>
          <w:sz w:val="22"/>
          <w:u w:val="single"/>
        </w:rPr>
        <w:t>Kč</w:t>
      </w:r>
      <w:proofErr w:type="spellEnd"/>
    </w:p>
    <w:p w14:paraId="18E15FBC" w14:textId="77777777" w:rsidR="00F255A5" w:rsidRPr="00F255A5" w:rsidRDefault="00F255A5" w:rsidP="0018443F">
      <w:pPr>
        <w:spacing w:after="120"/>
        <w:jc w:val="both"/>
        <w:rPr>
          <w:rFonts w:ascii="Arial" w:hAnsi="Arial" w:cs="Arial"/>
          <w:sz w:val="22"/>
          <w:u w:val="single"/>
        </w:rPr>
      </w:pPr>
    </w:p>
    <w:p w14:paraId="3EADE406" w14:textId="77777777" w:rsidR="00F00321" w:rsidRPr="00195833" w:rsidRDefault="002A125B" w:rsidP="0018443F">
      <w:pPr>
        <w:pStyle w:val="Bezmezer"/>
        <w:rPr>
          <w:rFonts w:ascii="Arial" w:hAnsi="Arial" w:cs="Arial"/>
          <w:b/>
          <w:bCs/>
          <w:u w:val="single"/>
        </w:rPr>
      </w:pPr>
      <w:proofErr w:type="spellStart"/>
      <w:r w:rsidRPr="00195833">
        <w:rPr>
          <w:rFonts w:ascii="Arial" w:hAnsi="Arial" w:cs="Arial"/>
          <w:b/>
          <w:bCs/>
          <w:u w:val="single"/>
        </w:rPr>
        <w:t>Výročí</w:t>
      </w:r>
      <w:proofErr w:type="spellEnd"/>
      <w:r w:rsidRPr="00195833">
        <w:rPr>
          <w:rFonts w:ascii="Arial" w:hAnsi="Arial" w:cs="Arial"/>
          <w:b/>
          <w:bCs/>
          <w:u w:val="single"/>
        </w:rPr>
        <w:t xml:space="preserve"> </w:t>
      </w:r>
      <w:proofErr w:type="spellStart"/>
      <w:r w:rsidRPr="00195833">
        <w:rPr>
          <w:rFonts w:ascii="Arial" w:hAnsi="Arial" w:cs="Arial"/>
          <w:b/>
          <w:bCs/>
          <w:u w:val="single"/>
        </w:rPr>
        <w:t>hasičů</w:t>
      </w:r>
      <w:proofErr w:type="spellEnd"/>
      <w:r w:rsidRPr="00195833">
        <w:rPr>
          <w:rFonts w:ascii="Arial" w:hAnsi="Arial" w:cs="Arial"/>
          <w:b/>
          <w:bCs/>
          <w:u w:val="single"/>
        </w:rPr>
        <w:t xml:space="preserve"> v </w:t>
      </w:r>
      <w:proofErr w:type="spellStart"/>
      <w:r w:rsidRPr="00195833">
        <w:rPr>
          <w:rFonts w:ascii="Arial" w:hAnsi="Arial" w:cs="Arial"/>
          <w:b/>
          <w:bCs/>
          <w:u w:val="single"/>
        </w:rPr>
        <w:t>roce</w:t>
      </w:r>
      <w:proofErr w:type="spellEnd"/>
      <w:r w:rsidRPr="00195833">
        <w:rPr>
          <w:rFonts w:ascii="Arial" w:hAnsi="Arial" w:cs="Arial"/>
          <w:b/>
          <w:bCs/>
          <w:u w:val="single"/>
        </w:rPr>
        <w:t xml:space="preserve"> 2026</w:t>
      </w:r>
    </w:p>
    <w:p w14:paraId="30118230" w14:textId="77777777" w:rsidR="00F00321" w:rsidRPr="00195833" w:rsidRDefault="002A125B" w:rsidP="00796AE7">
      <w:pPr>
        <w:pStyle w:val="Bezmezer"/>
        <w:rPr>
          <w:rFonts w:ascii="Arial" w:hAnsi="Arial" w:cs="Arial"/>
        </w:rPr>
      </w:pPr>
      <w:proofErr w:type="spellStart"/>
      <w:r w:rsidRPr="00195833">
        <w:rPr>
          <w:rFonts w:ascii="Arial" w:hAnsi="Arial" w:cs="Arial"/>
        </w:rPr>
        <w:t>Darovací</w:t>
      </w:r>
      <w:proofErr w:type="spellEnd"/>
      <w:r w:rsidRPr="00195833">
        <w:rPr>
          <w:rFonts w:ascii="Arial" w:hAnsi="Arial" w:cs="Arial"/>
        </w:rPr>
        <w:t xml:space="preserve"> </w:t>
      </w:r>
      <w:proofErr w:type="spellStart"/>
      <w:r w:rsidRPr="00195833">
        <w:rPr>
          <w:rFonts w:ascii="Arial" w:hAnsi="Arial" w:cs="Arial"/>
        </w:rPr>
        <w:t>smlouva</w:t>
      </w:r>
      <w:proofErr w:type="spellEnd"/>
      <w:r w:rsidRPr="00195833">
        <w:rPr>
          <w:rFonts w:ascii="Arial" w:hAnsi="Arial" w:cs="Arial"/>
        </w:rPr>
        <w:t xml:space="preserve"> – 50 000,00 </w:t>
      </w:r>
      <w:proofErr w:type="spellStart"/>
      <w:r w:rsidRPr="00195833">
        <w:rPr>
          <w:rFonts w:ascii="Arial" w:hAnsi="Arial" w:cs="Arial"/>
        </w:rPr>
        <w:t>Kč</w:t>
      </w:r>
      <w:proofErr w:type="spellEnd"/>
    </w:p>
    <w:p w14:paraId="1C799769" w14:textId="48D2C711" w:rsidR="00796AE7" w:rsidRPr="00195833" w:rsidRDefault="00796AE7" w:rsidP="00796AE7">
      <w:pPr>
        <w:pStyle w:val="Bezmezer"/>
        <w:rPr>
          <w:rFonts w:ascii="Arial" w:hAnsi="Arial" w:cs="Arial"/>
        </w:rPr>
      </w:pPr>
      <w:proofErr w:type="spellStart"/>
      <w:r w:rsidRPr="00195833">
        <w:rPr>
          <w:rFonts w:ascii="Arial" w:hAnsi="Arial" w:cs="Arial"/>
        </w:rPr>
        <w:t>Oprava</w:t>
      </w:r>
      <w:proofErr w:type="spellEnd"/>
      <w:r w:rsidRPr="00195833">
        <w:rPr>
          <w:rFonts w:ascii="Arial" w:hAnsi="Arial" w:cs="Arial"/>
        </w:rPr>
        <w:t xml:space="preserve"> </w:t>
      </w:r>
      <w:proofErr w:type="spellStart"/>
      <w:r w:rsidRPr="00195833">
        <w:rPr>
          <w:rFonts w:ascii="Arial" w:hAnsi="Arial" w:cs="Arial"/>
        </w:rPr>
        <w:t>Tatry</w:t>
      </w:r>
      <w:proofErr w:type="spellEnd"/>
      <w:r w:rsidRPr="00195833">
        <w:rPr>
          <w:rFonts w:ascii="Arial" w:hAnsi="Arial" w:cs="Arial"/>
        </w:rPr>
        <w:t xml:space="preserve"> – 288 677,99 </w:t>
      </w:r>
      <w:proofErr w:type="spellStart"/>
      <w:r w:rsidRPr="00195833">
        <w:rPr>
          <w:rFonts w:ascii="Arial" w:hAnsi="Arial" w:cs="Arial"/>
        </w:rPr>
        <w:t>Kč</w:t>
      </w:r>
      <w:proofErr w:type="spellEnd"/>
    </w:p>
    <w:p w14:paraId="7B4422DB" w14:textId="1B67BB0B" w:rsidR="00796AE7" w:rsidRPr="00195833" w:rsidRDefault="00796AE7" w:rsidP="00796AE7">
      <w:pPr>
        <w:pStyle w:val="Bezmezer"/>
        <w:rPr>
          <w:rFonts w:ascii="Arial" w:hAnsi="Arial" w:cs="Arial"/>
        </w:rPr>
      </w:pPr>
      <w:proofErr w:type="spellStart"/>
      <w:r w:rsidRPr="00195833">
        <w:rPr>
          <w:rFonts w:ascii="Arial" w:hAnsi="Arial" w:cs="Arial"/>
        </w:rPr>
        <w:t>Příspěvek</w:t>
      </w:r>
      <w:proofErr w:type="spellEnd"/>
      <w:r w:rsidRPr="00195833">
        <w:rPr>
          <w:rFonts w:ascii="Arial" w:hAnsi="Arial" w:cs="Arial"/>
        </w:rPr>
        <w:t xml:space="preserve"> </w:t>
      </w:r>
      <w:proofErr w:type="spellStart"/>
      <w:r w:rsidRPr="00195833">
        <w:rPr>
          <w:rFonts w:ascii="Arial" w:hAnsi="Arial" w:cs="Arial"/>
        </w:rPr>
        <w:t>obce</w:t>
      </w:r>
      <w:proofErr w:type="spellEnd"/>
      <w:r w:rsidRPr="00195833">
        <w:rPr>
          <w:rFonts w:ascii="Arial" w:hAnsi="Arial" w:cs="Arial"/>
        </w:rPr>
        <w:t xml:space="preserve"> </w:t>
      </w:r>
      <w:proofErr w:type="spellStart"/>
      <w:r w:rsidRPr="00195833">
        <w:rPr>
          <w:rFonts w:ascii="Arial" w:hAnsi="Arial" w:cs="Arial"/>
        </w:rPr>
        <w:t>na</w:t>
      </w:r>
      <w:proofErr w:type="spellEnd"/>
      <w:r w:rsidRPr="00195833">
        <w:rPr>
          <w:rFonts w:ascii="Arial" w:hAnsi="Arial" w:cs="Arial"/>
        </w:rPr>
        <w:t xml:space="preserve"> </w:t>
      </w:r>
      <w:proofErr w:type="spellStart"/>
      <w:r w:rsidRPr="00195833">
        <w:rPr>
          <w:rFonts w:ascii="Arial" w:hAnsi="Arial" w:cs="Arial"/>
        </w:rPr>
        <w:t>zajištění</w:t>
      </w:r>
      <w:proofErr w:type="spellEnd"/>
      <w:r w:rsidRPr="00195833">
        <w:rPr>
          <w:rFonts w:ascii="Arial" w:hAnsi="Arial" w:cs="Arial"/>
        </w:rPr>
        <w:t xml:space="preserve"> </w:t>
      </w:r>
      <w:proofErr w:type="spellStart"/>
      <w:r w:rsidRPr="00195833">
        <w:rPr>
          <w:rFonts w:ascii="Arial" w:hAnsi="Arial" w:cs="Arial"/>
        </w:rPr>
        <w:t>oslav</w:t>
      </w:r>
      <w:proofErr w:type="spellEnd"/>
      <w:r w:rsidRPr="00195833">
        <w:rPr>
          <w:rFonts w:ascii="Arial" w:hAnsi="Arial" w:cs="Arial"/>
        </w:rPr>
        <w:t xml:space="preserve"> – 49</w:t>
      </w:r>
      <w:r w:rsidR="0098164B" w:rsidRPr="00195833">
        <w:rPr>
          <w:rFonts w:ascii="Arial" w:hAnsi="Arial" w:cs="Arial"/>
        </w:rPr>
        <w:t xml:space="preserve"> 000,00 </w:t>
      </w:r>
      <w:proofErr w:type="spellStart"/>
      <w:r w:rsidR="0098164B" w:rsidRPr="00195833">
        <w:rPr>
          <w:rFonts w:ascii="Arial" w:hAnsi="Arial" w:cs="Arial"/>
        </w:rPr>
        <w:t>Kč</w:t>
      </w:r>
      <w:proofErr w:type="spellEnd"/>
      <w:r w:rsidRPr="00195833">
        <w:rPr>
          <w:rFonts w:ascii="Arial" w:hAnsi="Arial" w:cs="Arial"/>
        </w:rPr>
        <w:t>.</w:t>
      </w:r>
    </w:p>
    <w:p w14:paraId="634AFD6A" w14:textId="77777777" w:rsidR="00796AE7" w:rsidRPr="00195833" w:rsidRDefault="00796AE7" w:rsidP="0018443F">
      <w:pPr>
        <w:spacing w:after="120"/>
        <w:jc w:val="both"/>
        <w:rPr>
          <w:rFonts w:ascii="Arial" w:hAnsi="Arial" w:cs="Arial"/>
          <w:sz w:val="22"/>
        </w:rPr>
      </w:pPr>
    </w:p>
    <w:p w14:paraId="154FD3B9" w14:textId="77777777" w:rsidR="00F00321" w:rsidRPr="00195833" w:rsidRDefault="002A125B" w:rsidP="0018443F">
      <w:pPr>
        <w:jc w:val="both"/>
        <w:rPr>
          <w:rFonts w:ascii="Arial" w:hAnsi="Arial" w:cs="Arial"/>
          <w:sz w:val="22"/>
          <w:u w:val="single"/>
        </w:rPr>
      </w:pPr>
      <w:proofErr w:type="spellStart"/>
      <w:r w:rsidRPr="00195833">
        <w:rPr>
          <w:rFonts w:ascii="Arial" w:hAnsi="Arial" w:cs="Arial"/>
          <w:b/>
          <w:sz w:val="22"/>
          <w:u w:val="single"/>
        </w:rPr>
        <w:t>Splašková</w:t>
      </w:r>
      <w:proofErr w:type="spellEnd"/>
      <w:r w:rsidRPr="00195833">
        <w:rPr>
          <w:rFonts w:ascii="Arial" w:hAnsi="Arial" w:cs="Arial"/>
          <w:b/>
          <w:sz w:val="22"/>
          <w:u w:val="single"/>
        </w:rPr>
        <w:t xml:space="preserve"> </w:t>
      </w:r>
      <w:proofErr w:type="spellStart"/>
      <w:r w:rsidRPr="00195833">
        <w:rPr>
          <w:rFonts w:ascii="Arial" w:hAnsi="Arial" w:cs="Arial"/>
          <w:b/>
          <w:sz w:val="22"/>
          <w:u w:val="single"/>
        </w:rPr>
        <w:t>kanalizace</w:t>
      </w:r>
      <w:proofErr w:type="spellEnd"/>
      <w:r w:rsidRPr="00195833">
        <w:rPr>
          <w:rFonts w:ascii="Arial" w:hAnsi="Arial" w:cs="Arial"/>
          <w:b/>
          <w:sz w:val="22"/>
          <w:u w:val="single"/>
        </w:rPr>
        <w:t xml:space="preserve"> a ČOV</w:t>
      </w:r>
    </w:p>
    <w:p w14:paraId="327A10E9" w14:textId="77777777" w:rsidR="00F00321" w:rsidRPr="00195833" w:rsidRDefault="002A125B" w:rsidP="0018443F">
      <w:pPr>
        <w:spacing w:after="120"/>
        <w:jc w:val="both"/>
        <w:rPr>
          <w:rFonts w:ascii="Arial" w:hAnsi="Arial" w:cs="Arial"/>
          <w:sz w:val="22"/>
        </w:rPr>
      </w:pPr>
      <w:proofErr w:type="spellStart"/>
      <w:r w:rsidRPr="00195833">
        <w:rPr>
          <w:rFonts w:ascii="Arial" w:hAnsi="Arial" w:cs="Arial"/>
          <w:sz w:val="22"/>
        </w:rPr>
        <w:t>Nepochybně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největší</w:t>
      </w:r>
      <w:proofErr w:type="spellEnd"/>
      <w:r w:rsidRPr="00195833">
        <w:rPr>
          <w:rFonts w:ascii="Arial" w:hAnsi="Arial" w:cs="Arial"/>
          <w:sz w:val="22"/>
        </w:rPr>
        <w:t xml:space="preserve"> a </w:t>
      </w:r>
      <w:proofErr w:type="spellStart"/>
      <w:r w:rsidRPr="00195833">
        <w:rPr>
          <w:rFonts w:ascii="Arial" w:hAnsi="Arial" w:cs="Arial"/>
          <w:sz w:val="22"/>
        </w:rPr>
        <w:t>nejnáročnější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akcí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bylo</w:t>
      </w:r>
      <w:proofErr w:type="spellEnd"/>
      <w:r w:rsidRPr="00195833">
        <w:rPr>
          <w:rFonts w:ascii="Arial" w:hAnsi="Arial" w:cs="Arial"/>
          <w:sz w:val="22"/>
        </w:rPr>
        <w:t xml:space="preserve"> a </w:t>
      </w:r>
      <w:proofErr w:type="spellStart"/>
      <w:r w:rsidRPr="00195833">
        <w:rPr>
          <w:rFonts w:ascii="Arial" w:hAnsi="Arial" w:cs="Arial"/>
          <w:sz w:val="22"/>
        </w:rPr>
        <w:t>stále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ještě</w:t>
      </w:r>
      <w:proofErr w:type="spellEnd"/>
      <w:r w:rsidRPr="00195833">
        <w:rPr>
          <w:rFonts w:ascii="Arial" w:hAnsi="Arial" w:cs="Arial"/>
          <w:sz w:val="22"/>
        </w:rPr>
        <w:t xml:space="preserve"> je </w:t>
      </w:r>
      <w:proofErr w:type="spellStart"/>
      <w:r w:rsidRPr="00195833">
        <w:rPr>
          <w:rFonts w:ascii="Arial" w:hAnsi="Arial" w:cs="Arial"/>
          <w:sz w:val="22"/>
        </w:rPr>
        <w:t>realizování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projektu</w:t>
      </w:r>
      <w:proofErr w:type="spellEnd"/>
      <w:r w:rsidRPr="00195833">
        <w:rPr>
          <w:rFonts w:ascii="Arial" w:hAnsi="Arial" w:cs="Arial"/>
          <w:sz w:val="22"/>
        </w:rPr>
        <w:t xml:space="preserve"> „</w:t>
      </w:r>
      <w:proofErr w:type="spellStart"/>
      <w:r w:rsidRPr="00195833">
        <w:rPr>
          <w:rFonts w:ascii="Arial" w:hAnsi="Arial" w:cs="Arial"/>
          <w:sz w:val="22"/>
        </w:rPr>
        <w:t>Splašková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kanalizace</w:t>
      </w:r>
      <w:proofErr w:type="spellEnd"/>
      <w:r w:rsidRPr="00195833">
        <w:rPr>
          <w:rFonts w:ascii="Arial" w:hAnsi="Arial" w:cs="Arial"/>
          <w:sz w:val="22"/>
        </w:rPr>
        <w:t xml:space="preserve"> a ČOV </w:t>
      </w:r>
      <w:proofErr w:type="spellStart"/>
      <w:r w:rsidRPr="00195833">
        <w:rPr>
          <w:rFonts w:ascii="Arial" w:hAnsi="Arial" w:cs="Arial"/>
          <w:sz w:val="22"/>
        </w:rPr>
        <w:t>obce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gramStart"/>
      <w:r w:rsidRPr="00195833">
        <w:rPr>
          <w:rFonts w:ascii="Arial" w:hAnsi="Arial" w:cs="Arial"/>
          <w:sz w:val="22"/>
        </w:rPr>
        <w:t>Úhřetice“</w:t>
      </w:r>
      <w:proofErr w:type="gramEnd"/>
      <w:r w:rsidRPr="00195833">
        <w:rPr>
          <w:rFonts w:ascii="Arial" w:hAnsi="Arial" w:cs="Arial"/>
          <w:sz w:val="22"/>
        </w:rPr>
        <w:t>.</w:t>
      </w:r>
    </w:p>
    <w:p w14:paraId="0FE79709" w14:textId="77777777" w:rsidR="00F00321" w:rsidRPr="00195833" w:rsidRDefault="002A125B" w:rsidP="0018443F">
      <w:pPr>
        <w:spacing w:after="120"/>
        <w:jc w:val="both"/>
        <w:rPr>
          <w:rFonts w:ascii="Arial" w:hAnsi="Arial" w:cs="Arial"/>
          <w:sz w:val="22"/>
        </w:rPr>
      </w:pPr>
      <w:r w:rsidRPr="00195833">
        <w:rPr>
          <w:rFonts w:ascii="Arial" w:hAnsi="Arial" w:cs="Arial"/>
          <w:sz w:val="22"/>
        </w:rPr>
        <w:t xml:space="preserve">V </w:t>
      </w:r>
      <w:proofErr w:type="spellStart"/>
      <w:r w:rsidRPr="00195833">
        <w:rPr>
          <w:rFonts w:ascii="Arial" w:hAnsi="Arial" w:cs="Arial"/>
          <w:sz w:val="22"/>
        </w:rPr>
        <w:t>souvislosti</w:t>
      </w:r>
      <w:proofErr w:type="spellEnd"/>
      <w:r w:rsidRPr="00195833">
        <w:rPr>
          <w:rFonts w:ascii="Arial" w:hAnsi="Arial" w:cs="Arial"/>
          <w:sz w:val="22"/>
        </w:rPr>
        <w:t xml:space="preserve"> s </w:t>
      </w:r>
      <w:proofErr w:type="spellStart"/>
      <w:r w:rsidRPr="00195833">
        <w:rPr>
          <w:rFonts w:ascii="Arial" w:hAnsi="Arial" w:cs="Arial"/>
          <w:sz w:val="22"/>
        </w:rPr>
        <w:t>výstavbou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nových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rodinných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domů</w:t>
      </w:r>
      <w:proofErr w:type="spellEnd"/>
      <w:r w:rsidRPr="00195833">
        <w:rPr>
          <w:rFonts w:ascii="Arial" w:hAnsi="Arial" w:cs="Arial"/>
          <w:sz w:val="22"/>
        </w:rPr>
        <w:t xml:space="preserve"> a </w:t>
      </w:r>
      <w:proofErr w:type="spellStart"/>
      <w:r w:rsidRPr="00195833">
        <w:rPr>
          <w:rFonts w:ascii="Arial" w:hAnsi="Arial" w:cs="Arial"/>
          <w:sz w:val="22"/>
        </w:rPr>
        <w:t>plánovanou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výstavbou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rodinných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domů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směrem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Tuněchody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nebylo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možné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využít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původní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projekt</w:t>
      </w:r>
      <w:proofErr w:type="spellEnd"/>
      <w:r w:rsidRPr="00195833">
        <w:rPr>
          <w:rFonts w:ascii="Arial" w:hAnsi="Arial" w:cs="Arial"/>
          <w:sz w:val="22"/>
        </w:rPr>
        <w:t xml:space="preserve">. S </w:t>
      </w:r>
      <w:proofErr w:type="spellStart"/>
      <w:r w:rsidRPr="00195833">
        <w:rPr>
          <w:rFonts w:ascii="Arial" w:hAnsi="Arial" w:cs="Arial"/>
          <w:sz w:val="22"/>
        </w:rPr>
        <w:t>ohledem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navýšení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počtu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tzv</w:t>
      </w:r>
      <w:proofErr w:type="spellEnd"/>
      <w:r w:rsidRPr="00195833">
        <w:rPr>
          <w:rFonts w:ascii="Arial" w:hAnsi="Arial" w:cs="Arial"/>
          <w:sz w:val="22"/>
        </w:rPr>
        <w:t xml:space="preserve">. </w:t>
      </w:r>
      <w:proofErr w:type="spellStart"/>
      <w:r w:rsidRPr="00195833">
        <w:rPr>
          <w:rFonts w:ascii="Arial" w:hAnsi="Arial" w:cs="Arial"/>
          <w:sz w:val="22"/>
        </w:rPr>
        <w:t>ekvivalentních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obyvatel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bylo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nutné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hledat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také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nový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pozemek</w:t>
      </w:r>
      <w:proofErr w:type="spellEnd"/>
      <w:r w:rsidRPr="00195833">
        <w:rPr>
          <w:rFonts w:ascii="Arial" w:hAnsi="Arial" w:cs="Arial"/>
          <w:sz w:val="22"/>
        </w:rPr>
        <w:t xml:space="preserve"> pro </w:t>
      </w:r>
      <w:proofErr w:type="spellStart"/>
      <w:r w:rsidRPr="00195833">
        <w:rPr>
          <w:rFonts w:ascii="Arial" w:hAnsi="Arial" w:cs="Arial"/>
          <w:sz w:val="22"/>
        </w:rPr>
        <w:t>budovu</w:t>
      </w:r>
      <w:proofErr w:type="spellEnd"/>
      <w:r w:rsidRPr="00195833">
        <w:rPr>
          <w:rFonts w:ascii="Arial" w:hAnsi="Arial" w:cs="Arial"/>
          <w:sz w:val="22"/>
        </w:rPr>
        <w:t xml:space="preserve"> a </w:t>
      </w:r>
      <w:proofErr w:type="spellStart"/>
      <w:r w:rsidRPr="00195833">
        <w:rPr>
          <w:rFonts w:ascii="Arial" w:hAnsi="Arial" w:cs="Arial"/>
          <w:sz w:val="22"/>
        </w:rPr>
        <w:t>zázemí</w:t>
      </w:r>
      <w:proofErr w:type="spellEnd"/>
      <w:r w:rsidRPr="00195833">
        <w:rPr>
          <w:rFonts w:ascii="Arial" w:hAnsi="Arial" w:cs="Arial"/>
          <w:sz w:val="22"/>
        </w:rPr>
        <w:t xml:space="preserve"> ČOV. </w:t>
      </w:r>
      <w:proofErr w:type="spellStart"/>
      <w:r w:rsidRPr="00195833">
        <w:rPr>
          <w:rFonts w:ascii="Arial" w:hAnsi="Arial" w:cs="Arial"/>
          <w:sz w:val="22"/>
        </w:rPr>
        <w:t>Původní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umístění</w:t>
      </w:r>
      <w:proofErr w:type="spellEnd"/>
      <w:r w:rsidRPr="00195833">
        <w:rPr>
          <w:rFonts w:ascii="Arial" w:hAnsi="Arial" w:cs="Arial"/>
          <w:sz w:val="22"/>
        </w:rPr>
        <w:t xml:space="preserve"> ČOV by </w:t>
      </w:r>
      <w:proofErr w:type="spellStart"/>
      <w:r w:rsidRPr="00195833">
        <w:rPr>
          <w:rFonts w:ascii="Arial" w:hAnsi="Arial" w:cs="Arial"/>
          <w:sz w:val="22"/>
        </w:rPr>
        <w:t>navíc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představovalo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nepříjemnou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zátěž</w:t>
      </w:r>
      <w:proofErr w:type="spellEnd"/>
      <w:r w:rsidRPr="00195833">
        <w:rPr>
          <w:rFonts w:ascii="Arial" w:hAnsi="Arial" w:cs="Arial"/>
          <w:sz w:val="22"/>
        </w:rPr>
        <w:t xml:space="preserve"> pro </w:t>
      </w:r>
      <w:proofErr w:type="spellStart"/>
      <w:r w:rsidRPr="00195833">
        <w:rPr>
          <w:rFonts w:ascii="Arial" w:hAnsi="Arial" w:cs="Arial"/>
          <w:sz w:val="22"/>
        </w:rPr>
        <w:t>obyvatele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obce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směrem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Úhřetickou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Lhotu</w:t>
      </w:r>
      <w:proofErr w:type="spellEnd"/>
      <w:r w:rsidRPr="00195833">
        <w:rPr>
          <w:rFonts w:ascii="Arial" w:hAnsi="Arial" w:cs="Arial"/>
          <w:sz w:val="22"/>
        </w:rPr>
        <w:t xml:space="preserve">, </w:t>
      </w:r>
      <w:proofErr w:type="spellStart"/>
      <w:r w:rsidRPr="00195833">
        <w:rPr>
          <w:rFonts w:ascii="Arial" w:hAnsi="Arial" w:cs="Arial"/>
          <w:sz w:val="22"/>
        </w:rPr>
        <w:t>kde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přibyly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ještě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dva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nové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rodinné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domy</w:t>
      </w:r>
      <w:proofErr w:type="spellEnd"/>
      <w:r w:rsidRPr="00195833">
        <w:rPr>
          <w:rFonts w:ascii="Arial" w:hAnsi="Arial" w:cs="Arial"/>
          <w:sz w:val="22"/>
        </w:rPr>
        <w:t xml:space="preserve">, a to z </w:t>
      </w:r>
      <w:proofErr w:type="spellStart"/>
      <w:r w:rsidRPr="00195833">
        <w:rPr>
          <w:rFonts w:ascii="Arial" w:hAnsi="Arial" w:cs="Arial"/>
          <w:sz w:val="22"/>
        </w:rPr>
        <w:t>hlediska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hluku</w:t>
      </w:r>
      <w:proofErr w:type="spellEnd"/>
      <w:r w:rsidRPr="00195833">
        <w:rPr>
          <w:rFonts w:ascii="Arial" w:hAnsi="Arial" w:cs="Arial"/>
          <w:sz w:val="22"/>
        </w:rPr>
        <w:t xml:space="preserve">, </w:t>
      </w:r>
      <w:proofErr w:type="spellStart"/>
      <w:r w:rsidRPr="00195833">
        <w:rPr>
          <w:rFonts w:ascii="Arial" w:hAnsi="Arial" w:cs="Arial"/>
          <w:sz w:val="22"/>
        </w:rPr>
        <w:t>zápachu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i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dopravní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zátěže</w:t>
      </w:r>
      <w:proofErr w:type="spellEnd"/>
      <w:r w:rsidRPr="00195833">
        <w:rPr>
          <w:rFonts w:ascii="Arial" w:hAnsi="Arial" w:cs="Arial"/>
          <w:sz w:val="22"/>
        </w:rPr>
        <w:t>.</w:t>
      </w:r>
    </w:p>
    <w:p w14:paraId="4299E652" w14:textId="3902DC96" w:rsidR="00F00321" w:rsidRPr="00195833" w:rsidRDefault="002A125B" w:rsidP="0018443F">
      <w:pPr>
        <w:spacing w:after="120"/>
        <w:jc w:val="both"/>
        <w:rPr>
          <w:rFonts w:ascii="Arial" w:hAnsi="Arial" w:cs="Arial"/>
          <w:sz w:val="22"/>
        </w:rPr>
      </w:pPr>
      <w:r w:rsidRPr="00195833">
        <w:rPr>
          <w:rFonts w:ascii="Arial" w:hAnsi="Arial" w:cs="Arial"/>
          <w:sz w:val="22"/>
        </w:rPr>
        <w:t xml:space="preserve">Nová ČOV </w:t>
      </w:r>
      <w:proofErr w:type="spellStart"/>
      <w:r w:rsidRPr="00195833">
        <w:rPr>
          <w:rFonts w:ascii="Arial" w:hAnsi="Arial" w:cs="Arial"/>
          <w:sz w:val="22"/>
        </w:rPr>
        <w:t>bude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čistit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také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odpadní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vody</w:t>
      </w:r>
      <w:proofErr w:type="spellEnd"/>
      <w:r w:rsidRPr="00195833">
        <w:rPr>
          <w:rFonts w:ascii="Arial" w:hAnsi="Arial" w:cs="Arial"/>
          <w:sz w:val="22"/>
        </w:rPr>
        <w:t xml:space="preserve"> z </w:t>
      </w:r>
      <w:proofErr w:type="spellStart"/>
      <w:r w:rsidRPr="00195833">
        <w:rPr>
          <w:rFonts w:ascii="Arial" w:hAnsi="Arial" w:cs="Arial"/>
          <w:sz w:val="22"/>
        </w:rPr>
        <w:t>Úhřetické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Lhoty</w:t>
      </w:r>
      <w:proofErr w:type="spellEnd"/>
      <w:r w:rsidRPr="00195833">
        <w:rPr>
          <w:rFonts w:ascii="Arial" w:hAnsi="Arial" w:cs="Arial"/>
          <w:sz w:val="22"/>
        </w:rPr>
        <w:t xml:space="preserve"> a </w:t>
      </w:r>
      <w:proofErr w:type="spellStart"/>
      <w:r w:rsidRPr="00195833">
        <w:rPr>
          <w:rFonts w:ascii="Arial" w:hAnsi="Arial" w:cs="Arial"/>
          <w:sz w:val="22"/>
        </w:rPr>
        <w:t>vlastnit</w:t>
      </w:r>
      <w:proofErr w:type="spellEnd"/>
      <w:r w:rsidRPr="00195833">
        <w:rPr>
          <w:rFonts w:ascii="Arial" w:hAnsi="Arial" w:cs="Arial"/>
          <w:sz w:val="22"/>
        </w:rPr>
        <w:t xml:space="preserve"> a </w:t>
      </w:r>
      <w:proofErr w:type="spellStart"/>
      <w:r w:rsidRPr="00195833">
        <w:rPr>
          <w:rFonts w:ascii="Arial" w:hAnsi="Arial" w:cs="Arial"/>
          <w:sz w:val="22"/>
        </w:rPr>
        <w:t>provozovat</w:t>
      </w:r>
      <w:proofErr w:type="spellEnd"/>
      <w:r w:rsidRPr="00195833">
        <w:rPr>
          <w:rFonts w:ascii="Arial" w:hAnsi="Arial" w:cs="Arial"/>
          <w:sz w:val="22"/>
        </w:rPr>
        <w:t xml:space="preserve"> ji </w:t>
      </w:r>
      <w:proofErr w:type="spellStart"/>
      <w:r w:rsidRPr="00195833">
        <w:rPr>
          <w:rFonts w:ascii="Arial" w:hAnsi="Arial" w:cs="Arial"/>
          <w:sz w:val="22"/>
        </w:rPr>
        <w:t>bude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obec</w:t>
      </w:r>
      <w:proofErr w:type="spellEnd"/>
      <w:r w:rsidRPr="00195833">
        <w:rPr>
          <w:rFonts w:ascii="Arial" w:hAnsi="Arial" w:cs="Arial"/>
          <w:sz w:val="22"/>
        </w:rPr>
        <w:t xml:space="preserve"> Úhřetice.</w:t>
      </w:r>
      <w:r w:rsidR="00C46424">
        <w:rPr>
          <w:rFonts w:ascii="Arial" w:hAnsi="Arial" w:cs="Arial"/>
          <w:sz w:val="22"/>
        </w:rPr>
        <w:t xml:space="preserve"> </w:t>
      </w:r>
      <w:proofErr w:type="spellStart"/>
      <w:r w:rsidR="00C1037E">
        <w:rPr>
          <w:rFonts w:ascii="Arial" w:hAnsi="Arial" w:cs="Arial"/>
          <w:sz w:val="22"/>
        </w:rPr>
        <w:t>Stočné</w:t>
      </w:r>
      <w:proofErr w:type="spellEnd"/>
      <w:r w:rsidR="00C1037E">
        <w:rPr>
          <w:rFonts w:ascii="Arial" w:hAnsi="Arial" w:cs="Arial"/>
          <w:sz w:val="22"/>
        </w:rPr>
        <w:t xml:space="preserve"> </w:t>
      </w:r>
      <w:proofErr w:type="spellStart"/>
      <w:r w:rsidR="00C1037E">
        <w:rPr>
          <w:rFonts w:ascii="Arial" w:hAnsi="Arial" w:cs="Arial"/>
          <w:sz w:val="22"/>
        </w:rPr>
        <w:t>bude</w:t>
      </w:r>
      <w:proofErr w:type="spellEnd"/>
      <w:r w:rsidR="00C1037E">
        <w:rPr>
          <w:rFonts w:ascii="Arial" w:hAnsi="Arial" w:cs="Arial"/>
          <w:sz w:val="22"/>
        </w:rPr>
        <w:t xml:space="preserve"> </w:t>
      </w:r>
      <w:proofErr w:type="spellStart"/>
      <w:r w:rsidR="00C1037E">
        <w:rPr>
          <w:rFonts w:ascii="Arial" w:hAnsi="Arial" w:cs="Arial"/>
          <w:sz w:val="22"/>
        </w:rPr>
        <w:t>Úhřetické</w:t>
      </w:r>
      <w:proofErr w:type="spellEnd"/>
      <w:r w:rsidR="00C1037E">
        <w:rPr>
          <w:rFonts w:ascii="Arial" w:hAnsi="Arial" w:cs="Arial"/>
          <w:sz w:val="22"/>
        </w:rPr>
        <w:t xml:space="preserve"> Lhotě </w:t>
      </w:r>
      <w:proofErr w:type="spellStart"/>
      <w:r w:rsidR="00C1037E">
        <w:rPr>
          <w:rFonts w:ascii="Arial" w:hAnsi="Arial" w:cs="Arial"/>
          <w:sz w:val="22"/>
        </w:rPr>
        <w:t>fakturovat</w:t>
      </w:r>
      <w:proofErr w:type="spellEnd"/>
      <w:r w:rsidR="00C1037E">
        <w:rPr>
          <w:rFonts w:ascii="Arial" w:hAnsi="Arial" w:cs="Arial"/>
          <w:sz w:val="22"/>
        </w:rPr>
        <w:t xml:space="preserve"> </w:t>
      </w:r>
      <w:proofErr w:type="spellStart"/>
      <w:r w:rsidR="00C1037E">
        <w:rPr>
          <w:rFonts w:ascii="Arial" w:hAnsi="Arial" w:cs="Arial"/>
          <w:sz w:val="22"/>
        </w:rPr>
        <w:t>obec</w:t>
      </w:r>
      <w:proofErr w:type="spellEnd"/>
      <w:r w:rsidR="00C1037E">
        <w:rPr>
          <w:rFonts w:ascii="Arial" w:hAnsi="Arial" w:cs="Arial"/>
          <w:sz w:val="22"/>
        </w:rPr>
        <w:t xml:space="preserve"> Úhřetice</w:t>
      </w:r>
    </w:p>
    <w:p w14:paraId="2525BE85" w14:textId="77777777" w:rsidR="00F00321" w:rsidRPr="00195833" w:rsidRDefault="002A125B" w:rsidP="0018443F">
      <w:pPr>
        <w:spacing w:after="120"/>
        <w:jc w:val="both"/>
        <w:rPr>
          <w:rFonts w:ascii="Arial" w:hAnsi="Arial" w:cs="Arial"/>
          <w:sz w:val="22"/>
        </w:rPr>
      </w:pPr>
      <w:r w:rsidRPr="00195833">
        <w:rPr>
          <w:rFonts w:ascii="Arial" w:hAnsi="Arial" w:cs="Arial"/>
          <w:sz w:val="22"/>
        </w:rPr>
        <w:t xml:space="preserve">Cesta k </w:t>
      </w:r>
      <w:proofErr w:type="spellStart"/>
      <w:r w:rsidRPr="00195833">
        <w:rPr>
          <w:rFonts w:ascii="Arial" w:hAnsi="Arial" w:cs="Arial"/>
          <w:sz w:val="22"/>
        </w:rPr>
        <w:t>zahájení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stavby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byla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vzhledem</w:t>
      </w:r>
      <w:proofErr w:type="spellEnd"/>
      <w:r w:rsidRPr="00195833">
        <w:rPr>
          <w:rFonts w:ascii="Arial" w:hAnsi="Arial" w:cs="Arial"/>
          <w:sz w:val="22"/>
        </w:rPr>
        <w:t xml:space="preserve"> k </w:t>
      </w:r>
      <w:proofErr w:type="spellStart"/>
      <w:r w:rsidRPr="00195833">
        <w:rPr>
          <w:rFonts w:ascii="Arial" w:hAnsi="Arial" w:cs="Arial"/>
          <w:sz w:val="22"/>
        </w:rPr>
        <w:t>výše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uvedeným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okolnostem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velmi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zdlouhavá</w:t>
      </w:r>
      <w:proofErr w:type="spellEnd"/>
      <w:r w:rsidRPr="00195833">
        <w:rPr>
          <w:rFonts w:ascii="Arial" w:hAnsi="Arial" w:cs="Arial"/>
          <w:sz w:val="22"/>
        </w:rPr>
        <w:t xml:space="preserve"> a </w:t>
      </w:r>
      <w:proofErr w:type="spellStart"/>
      <w:r w:rsidRPr="00195833">
        <w:rPr>
          <w:rFonts w:ascii="Arial" w:hAnsi="Arial" w:cs="Arial"/>
          <w:sz w:val="22"/>
        </w:rPr>
        <w:t>komplikovaná</w:t>
      </w:r>
      <w:proofErr w:type="spellEnd"/>
      <w:r w:rsidRPr="00195833">
        <w:rPr>
          <w:rFonts w:ascii="Arial" w:hAnsi="Arial" w:cs="Arial"/>
          <w:sz w:val="22"/>
        </w:rPr>
        <w:t xml:space="preserve">. V </w:t>
      </w:r>
      <w:proofErr w:type="spellStart"/>
      <w:r w:rsidRPr="00195833">
        <w:rPr>
          <w:rFonts w:ascii="Arial" w:hAnsi="Arial" w:cs="Arial"/>
          <w:sz w:val="22"/>
        </w:rPr>
        <w:t>letech</w:t>
      </w:r>
      <w:proofErr w:type="spellEnd"/>
      <w:r w:rsidRPr="00195833">
        <w:rPr>
          <w:rFonts w:ascii="Arial" w:hAnsi="Arial" w:cs="Arial"/>
          <w:sz w:val="22"/>
        </w:rPr>
        <w:t xml:space="preserve"> 2021 a 2022 </w:t>
      </w:r>
      <w:proofErr w:type="spellStart"/>
      <w:r w:rsidRPr="00195833">
        <w:rPr>
          <w:rFonts w:ascii="Arial" w:hAnsi="Arial" w:cs="Arial"/>
          <w:sz w:val="22"/>
        </w:rPr>
        <w:t>vše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ještě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pozdržela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pandemie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covidu</w:t>
      </w:r>
      <w:proofErr w:type="spellEnd"/>
      <w:r w:rsidRPr="00195833">
        <w:rPr>
          <w:rFonts w:ascii="Arial" w:hAnsi="Arial" w:cs="Arial"/>
          <w:sz w:val="22"/>
        </w:rPr>
        <w:t xml:space="preserve">. </w:t>
      </w:r>
      <w:proofErr w:type="spellStart"/>
      <w:r w:rsidRPr="00195833">
        <w:rPr>
          <w:rFonts w:ascii="Arial" w:hAnsi="Arial" w:cs="Arial"/>
          <w:sz w:val="22"/>
        </w:rPr>
        <w:t>Zároveň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však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byla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zřejmá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nevyhnutelnost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vybudování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kanalizace</w:t>
      </w:r>
      <w:proofErr w:type="spellEnd"/>
      <w:r w:rsidRPr="00195833">
        <w:rPr>
          <w:rFonts w:ascii="Arial" w:hAnsi="Arial" w:cs="Arial"/>
          <w:sz w:val="22"/>
        </w:rPr>
        <w:t xml:space="preserve"> a ČOV.</w:t>
      </w:r>
    </w:p>
    <w:p w14:paraId="340AA8EB" w14:textId="77777777" w:rsidR="00F00321" w:rsidRPr="00195833" w:rsidRDefault="002A125B" w:rsidP="0018443F">
      <w:pPr>
        <w:spacing w:after="120"/>
        <w:jc w:val="both"/>
        <w:rPr>
          <w:rFonts w:ascii="Arial" w:hAnsi="Arial" w:cs="Arial"/>
          <w:sz w:val="22"/>
        </w:rPr>
      </w:pPr>
      <w:proofErr w:type="spellStart"/>
      <w:r w:rsidRPr="00195833">
        <w:rPr>
          <w:rFonts w:ascii="Arial" w:hAnsi="Arial" w:cs="Arial"/>
          <w:sz w:val="22"/>
        </w:rPr>
        <w:t>Pokud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bychom</w:t>
      </w:r>
      <w:proofErr w:type="spellEnd"/>
      <w:r w:rsidRPr="00195833">
        <w:rPr>
          <w:rFonts w:ascii="Arial" w:hAnsi="Arial" w:cs="Arial"/>
          <w:sz w:val="22"/>
        </w:rPr>
        <w:t xml:space="preserve"> se k </w:t>
      </w:r>
      <w:proofErr w:type="spellStart"/>
      <w:r w:rsidRPr="00195833">
        <w:rPr>
          <w:rFonts w:ascii="Arial" w:hAnsi="Arial" w:cs="Arial"/>
          <w:sz w:val="22"/>
        </w:rPr>
        <w:t>tomuto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kroku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nerozhodli</w:t>
      </w:r>
      <w:proofErr w:type="spellEnd"/>
      <w:r w:rsidRPr="00195833">
        <w:rPr>
          <w:rFonts w:ascii="Arial" w:hAnsi="Arial" w:cs="Arial"/>
          <w:sz w:val="22"/>
        </w:rPr>
        <w:t xml:space="preserve">, </w:t>
      </w:r>
      <w:proofErr w:type="spellStart"/>
      <w:r w:rsidRPr="00195833">
        <w:rPr>
          <w:rFonts w:ascii="Arial" w:hAnsi="Arial" w:cs="Arial"/>
          <w:sz w:val="22"/>
        </w:rPr>
        <w:t>hrozil</w:t>
      </w:r>
      <w:proofErr w:type="spellEnd"/>
      <w:r w:rsidRPr="00195833">
        <w:rPr>
          <w:rFonts w:ascii="Arial" w:hAnsi="Arial" w:cs="Arial"/>
          <w:sz w:val="22"/>
        </w:rPr>
        <w:t xml:space="preserve"> by </w:t>
      </w:r>
      <w:proofErr w:type="spellStart"/>
      <w:r w:rsidRPr="00195833">
        <w:rPr>
          <w:rFonts w:ascii="Arial" w:hAnsi="Arial" w:cs="Arial"/>
          <w:sz w:val="22"/>
        </w:rPr>
        <w:t>zákaz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vypouštění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odpadních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vod</w:t>
      </w:r>
      <w:proofErr w:type="spellEnd"/>
      <w:r w:rsidRPr="00195833">
        <w:rPr>
          <w:rFonts w:ascii="Arial" w:hAnsi="Arial" w:cs="Arial"/>
          <w:sz w:val="22"/>
        </w:rPr>
        <w:t xml:space="preserve"> do </w:t>
      </w:r>
      <w:proofErr w:type="spellStart"/>
      <w:r w:rsidRPr="00195833">
        <w:rPr>
          <w:rFonts w:ascii="Arial" w:hAnsi="Arial" w:cs="Arial"/>
          <w:sz w:val="22"/>
        </w:rPr>
        <w:t>Novohradky</w:t>
      </w:r>
      <w:proofErr w:type="spellEnd"/>
      <w:r w:rsidRPr="00195833">
        <w:rPr>
          <w:rFonts w:ascii="Arial" w:hAnsi="Arial" w:cs="Arial"/>
          <w:sz w:val="22"/>
        </w:rPr>
        <w:t xml:space="preserve">. </w:t>
      </w:r>
      <w:proofErr w:type="spellStart"/>
      <w:r w:rsidRPr="00195833">
        <w:rPr>
          <w:rFonts w:ascii="Arial" w:hAnsi="Arial" w:cs="Arial"/>
          <w:sz w:val="22"/>
        </w:rPr>
        <w:t>Povolení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bylo</w:t>
      </w:r>
      <w:proofErr w:type="spellEnd"/>
      <w:r w:rsidRPr="00195833">
        <w:rPr>
          <w:rFonts w:ascii="Arial" w:hAnsi="Arial" w:cs="Arial"/>
          <w:sz w:val="22"/>
        </w:rPr>
        <w:t xml:space="preserve"> ze </w:t>
      </w:r>
      <w:proofErr w:type="spellStart"/>
      <w:r w:rsidRPr="00195833">
        <w:rPr>
          <w:rFonts w:ascii="Arial" w:hAnsi="Arial" w:cs="Arial"/>
          <w:sz w:val="22"/>
        </w:rPr>
        <w:t>strany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vodoprávního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úřadu</w:t>
      </w:r>
      <w:proofErr w:type="spellEnd"/>
      <w:r w:rsidRPr="00195833">
        <w:rPr>
          <w:rFonts w:ascii="Arial" w:hAnsi="Arial" w:cs="Arial"/>
          <w:sz w:val="22"/>
        </w:rPr>
        <w:t xml:space="preserve"> v </w:t>
      </w:r>
      <w:proofErr w:type="spellStart"/>
      <w:r w:rsidRPr="00195833">
        <w:rPr>
          <w:rFonts w:ascii="Arial" w:hAnsi="Arial" w:cs="Arial"/>
          <w:sz w:val="22"/>
        </w:rPr>
        <w:t>Chrudimi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pouze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prodlužováno</w:t>
      </w:r>
      <w:proofErr w:type="spellEnd"/>
      <w:r w:rsidRPr="00195833">
        <w:rPr>
          <w:rFonts w:ascii="Arial" w:hAnsi="Arial" w:cs="Arial"/>
          <w:sz w:val="22"/>
        </w:rPr>
        <w:t xml:space="preserve"> s </w:t>
      </w:r>
      <w:proofErr w:type="spellStart"/>
      <w:r w:rsidRPr="00195833">
        <w:rPr>
          <w:rFonts w:ascii="Arial" w:hAnsi="Arial" w:cs="Arial"/>
          <w:sz w:val="22"/>
        </w:rPr>
        <w:t>hrozbou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sankcí</w:t>
      </w:r>
      <w:proofErr w:type="spellEnd"/>
      <w:r w:rsidRPr="00195833">
        <w:rPr>
          <w:rFonts w:ascii="Arial" w:hAnsi="Arial" w:cs="Arial"/>
          <w:sz w:val="22"/>
        </w:rPr>
        <w:t xml:space="preserve"> a </w:t>
      </w:r>
      <w:proofErr w:type="spellStart"/>
      <w:r w:rsidRPr="00195833">
        <w:rPr>
          <w:rFonts w:ascii="Arial" w:hAnsi="Arial" w:cs="Arial"/>
          <w:sz w:val="22"/>
        </w:rPr>
        <w:t>některé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vzorkované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výpusti</w:t>
      </w:r>
      <w:proofErr w:type="spellEnd"/>
      <w:r w:rsidRPr="00195833">
        <w:rPr>
          <w:rFonts w:ascii="Arial" w:hAnsi="Arial" w:cs="Arial"/>
          <w:sz w:val="22"/>
        </w:rPr>
        <w:t xml:space="preserve"> v </w:t>
      </w:r>
      <w:proofErr w:type="spellStart"/>
      <w:r w:rsidRPr="00195833">
        <w:rPr>
          <w:rFonts w:ascii="Arial" w:hAnsi="Arial" w:cs="Arial"/>
          <w:sz w:val="22"/>
        </w:rPr>
        <w:t>obci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vycházely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opakovaně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velmi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špatně</w:t>
      </w:r>
      <w:proofErr w:type="spellEnd"/>
      <w:r w:rsidRPr="00195833">
        <w:rPr>
          <w:rFonts w:ascii="Arial" w:hAnsi="Arial" w:cs="Arial"/>
          <w:sz w:val="22"/>
        </w:rPr>
        <w:t xml:space="preserve">. </w:t>
      </w:r>
      <w:proofErr w:type="spellStart"/>
      <w:r w:rsidRPr="00195833">
        <w:rPr>
          <w:rFonts w:ascii="Arial" w:hAnsi="Arial" w:cs="Arial"/>
          <w:sz w:val="22"/>
        </w:rPr>
        <w:t>Pokud</w:t>
      </w:r>
      <w:proofErr w:type="spellEnd"/>
      <w:r w:rsidRPr="00195833">
        <w:rPr>
          <w:rFonts w:ascii="Arial" w:hAnsi="Arial" w:cs="Arial"/>
          <w:sz w:val="22"/>
        </w:rPr>
        <w:t xml:space="preserve"> by </w:t>
      </w:r>
      <w:proofErr w:type="spellStart"/>
      <w:r w:rsidRPr="00195833">
        <w:rPr>
          <w:rFonts w:ascii="Arial" w:hAnsi="Arial" w:cs="Arial"/>
          <w:sz w:val="22"/>
        </w:rPr>
        <w:t>vypršela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platnost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povolení</w:t>
      </w:r>
      <w:proofErr w:type="spellEnd"/>
      <w:r w:rsidRPr="00195833">
        <w:rPr>
          <w:rFonts w:ascii="Arial" w:hAnsi="Arial" w:cs="Arial"/>
          <w:sz w:val="22"/>
        </w:rPr>
        <w:t xml:space="preserve"> k </w:t>
      </w:r>
      <w:proofErr w:type="spellStart"/>
      <w:r w:rsidRPr="00195833">
        <w:rPr>
          <w:rFonts w:ascii="Arial" w:hAnsi="Arial" w:cs="Arial"/>
          <w:sz w:val="22"/>
        </w:rPr>
        <w:t>vypouštění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splaškových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vod</w:t>
      </w:r>
      <w:proofErr w:type="spellEnd"/>
      <w:r w:rsidRPr="00195833">
        <w:rPr>
          <w:rFonts w:ascii="Arial" w:hAnsi="Arial" w:cs="Arial"/>
          <w:sz w:val="22"/>
        </w:rPr>
        <w:t xml:space="preserve"> do </w:t>
      </w:r>
      <w:proofErr w:type="spellStart"/>
      <w:r w:rsidRPr="00195833">
        <w:rPr>
          <w:rFonts w:ascii="Arial" w:hAnsi="Arial" w:cs="Arial"/>
          <w:sz w:val="22"/>
        </w:rPr>
        <w:t>Novohradky</w:t>
      </w:r>
      <w:proofErr w:type="spellEnd"/>
      <w:r w:rsidRPr="00195833">
        <w:rPr>
          <w:rFonts w:ascii="Arial" w:hAnsi="Arial" w:cs="Arial"/>
          <w:sz w:val="22"/>
        </w:rPr>
        <w:t xml:space="preserve">, </w:t>
      </w:r>
      <w:proofErr w:type="spellStart"/>
      <w:r w:rsidRPr="00195833">
        <w:rPr>
          <w:rFonts w:ascii="Arial" w:hAnsi="Arial" w:cs="Arial"/>
          <w:sz w:val="22"/>
        </w:rPr>
        <w:t>nemohli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bychom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využívat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přepady</w:t>
      </w:r>
      <w:proofErr w:type="spellEnd"/>
      <w:r w:rsidRPr="00195833">
        <w:rPr>
          <w:rFonts w:ascii="Arial" w:hAnsi="Arial" w:cs="Arial"/>
          <w:sz w:val="22"/>
        </w:rPr>
        <w:t xml:space="preserve"> ze </w:t>
      </w:r>
      <w:proofErr w:type="spellStart"/>
      <w:r w:rsidRPr="00195833">
        <w:rPr>
          <w:rFonts w:ascii="Arial" w:hAnsi="Arial" w:cs="Arial"/>
          <w:sz w:val="22"/>
        </w:rPr>
        <w:t>septiků</w:t>
      </w:r>
      <w:proofErr w:type="spellEnd"/>
      <w:r w:rsidRPr="00195833">
        <w:rPr>
          <w:rFonts w:ascii="Arial" w:hAnsi="Arial" w:cs="Arial"/>
          <w:sz w:val="22"/>
        </w:rPr>
        <w:t xml:space="preserve"> do </w:t>
      </w:r>
      <w:proofErr w:type="spellStart"/>
      <w:r w:rsidRPr="00195833">
        <w:rPr>
          <w:rFonts w:ascii="Arial" w:hAnsi="Arial" w:cs="Arial"/>
          <w:sz w:val="22"/>
        </w:rPr>
        <w:t>dešťové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kanalizace</w:t>
      </w:r>
      <w:proofErr w:type="spellEnd"/>
      <w:r w:rsidRPr="00195833">
        <w:rPr>
          <w:rFonts w:ascii="Arial" w:hAnsi="Arial" w:cs="Arial"/>
          <w:sz w:val="22"/>
        </w:rPr>
        <w:t xml:space="preserve">. </w:t>
      </w:r>
      <w:proofErr w:type="spellStart"/>
      <w:r w:rsidRPr="00195833">
        <w:rPr>
          <w:rFonts w:ascii="Arial" w:hAnsi="Arial" w:cs="Arial"/>
          <w:sz w:val="22"/>
        </w:rPr>
        <w:t>Jedinou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možností</w:t>
      </w:r>
      <w:proofErr w:type="spellEnd"/>
      <w:r w:rsidRPr="00195833">
        <w:rPr>
          <w:rFonts w:ascii="Arial" w:hAnsi="Arial" w:cs="Arial"/>
          <w:sz w:val="22"/>
        </w:rPr>
        <w:t xml:space="preserve">, jak by </w:t>
      </w:r>
      <w:proofErr w:type="spellStart"/>
      <w:r w:rsidRPr="00195833">
        <w:rPr>
          <w:rFonts w:ascii="Arial" w:hAnsi="Arial" w:cs="Arial"/>
          <w:sz w:val="22"/>
        </w:rPr>
        <w:t>občané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Úhřetic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mohli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nakládat</w:t>
      </w:r>
      <w:proofErr w:type="spellEnd"/>
      <w:r w:rsidRPr="00195833">
        <w:rPr>
          <w:rFonts w:ascii="Arial" w:hAnsi="Arial" w:cs="Arial"/>
          <w:sz w:val="22"/>
        </w:rPr>
        <w:t xml:space="preserve"> s </w:t>
      </w:r>
      <w:proofErr w:type="spellStart"/>
      <w:r w:rsidRPr="00195833">
        <w:rPr>
          <w:rFonts w:ascii="Arial" w:hAnsi="Arial" w:cs="Arial"/>
          <w:sz w:val="22"/>
        </w:rPr>
        <w:t>odpadními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vodami</w:t>
      </w:r>
      <w:proofErr w:type="spellEnd"/>
      <w:r w:rsidRPr="00195833">
        <w:rPr>
          <w:rFonts w:ascii="Arial" w:hAnsi="Arial" w:cs="Arial"/>
          <w:sz w:val="22"/>
        </w:rPr>
        <w:t xml:space="preserve">, by </w:t>
      </w:r>
      <w:proofErr w:type="spellStart"/>
      <w:r w:rsidRPr="00195833">
        <w:rPr>
          <w:rFonts w:ascii="Arial" w:hAnsi="Arial" w:cs="Arial"/>
          <w:sz w:val="22"/>
        </w:rPr>
        <w:t>byla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vyvážecí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jímka</w:t>
      </w:r>
      <w:proofErr w:type="spellEnd"/>
      <w:r w:rsidRPr="00195833">
        <w:rPr>
          <w:rFonts w:ascii="Arial" w:hAnsi="Arial" w:cs="Arial"/>
          <w:sz w:val="22"/>
        </w:rPr>
        <w:t xml:space="preserve">. </w:t>
      </w:r>
      <w:proofErr w:type="spellStart"/>
      <w:r w:rsidRPr="00195833">
        <w:rPr>
          <w:rFonts w:ascii="Arial" w:hAnsi="Arial" w:cs="Arial"/>
          <w:sz w:val="22"/>
        </w:rPr>
        <w:t>Její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vyvážení</w:t>
      </w:r>
      <w:proofErr w:type="spellEnd"/>
      <w:r w:rsidRPr="00195833">
        <w:rPr>
          <w:rFonts w:ascii="Arial" w:hAnsi="Arial" w:cs="Arial"/>
          <w:sz w:val="22"/>
        </w:rPr>
        <w:t xml:space="preserve"> v </w:t>
      </w:r>
      <w:proofErr w:type="spellStart"/>
      <w:r w:rsidRPr="00195833">
        <w:rPr>
          <w:rFonts w:ascii="Arial" w:hAnsi="Arial" w:cs="Arial"/>
          <w:sz w:val="22"/>
        </w:rPr>
        <w:t>souladu</w:t>
      </w:r>
      <w:proofErr w:type="spellEnd"/>
      <w:r w:rsidRPr="00195833">
        <w:rPr>
          <w:rFonts w:ascii="Arial" w:hAnsi="Arial" w:cs="Arial"/>
          <w:sz w:val="22"/>
        </w:rPr>
        <w:t xml:space="preserve"> s </w:t>
      </w:r>
      <w:proofErr w:type="spellStart"/>
      <w:r w:rsidRPr="00195833">
        <w:rPr>
          <w:rFonts w:ascii="Arial" w:hAnsi="Arial" w:cs="Arial"/>
          <w:sz w:val="22"/>
        </w:rPr>
        <w:t>legislativou</w:t>
      </w:r>
      <w:proofErr w:type="spellEnd"/>
      <w:r w:rsidRPr="00195833">
        <w:rPr>
          <w:rFonts w:ascii="Arial" w:hAnsi="Arial" w:cs="Arial"/>
          <w:sz w:val="22"/>
        </w:rPr>
        <w:t xml:space="preserve"> by </w:t>
      </w:r>
      <w:proofErr w:type="spellStart"/>
      <w:r w:rsidRPr="00195833">
        <w:rPr>
          <w:rFonts w:ascii="Arial" w:hAnsi="Arial" w:cs="Arial"/>
          <w:sz w:val="22"/>
        </w:rPr>
        <w:t>přitom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vyšlo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určitě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mnohem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dráž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než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náklady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stočné</w:t>
      </w:r>
      <w:proofErr w:type="spellEnd"/>
      <w:r w:rsidRPr="00195833">
        <w:rPr>
          <w:rFonts w:ascii="Arial" w:hAnsi="Arial" w:cs="Arial"/>
          <w:sz w:val="22"/>
        </w:rPr>
        <w:t>.</w:t>
      </w:r>
    </w:p>
    <w:p w14:paraId="17FF067B" w14:textId="77777777" w:rsidR="00F00321" w:rsidRPr="00195833" w:rsidRDefault="002A125B" w:rsidP="0018443F">
      <w:pPr>
        <w:spacing w:after="120"/>
        <w:jc w:val="both"/>
        <w:rPr>
          <w:rFonts w:ascii="Arial" w:hAnsi="Arial" w:cs="Arial"/>
          <w:sz w:val="22"/>
        </w:rPr>
      </w:pPr>
      <w:proofErr w:type="spellStart"/>
      <w:r w:rsidRPr="00195833">
        <w:rPr>
          <w:rFonts w:ascii="Arial" w:hAnsi="Arial" w:cs="Arial"/>
          <w:sz w:val="22"/>
        </w:rPr>
        <w:t>Dalším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důvodem</w:t>
      </w:r>
      <w:proofErr w:type="spellEnd"/>
      <w:r w:rsidRPr="00195833">
        <w:rPr>
          <w:rFonts w:ascii="Arial" w:hAnsi="Arial" w:cs="Arial"/>
          <w:sz w:val="22"/>
        </w:rPr>
        <w:t xml:space="preserve"> pro </w:t>
      </w:r>
      <w:proofErr w:type="spellStart"/>
      <w:r w:rsidRPr="00195833">
        <w:rPr>
          <w:rFonts w:ascii="Arial" w:hAnsi="Arial" w:cs="Arial"/>
          <w:sz w:val="22"/>
        </w:rPr>
        <w:t>realizaci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kanalizace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byla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reálná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hrozba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výrazného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krácení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dotace</w:t>
      </w:r>
      <w:proofErr w:type="spellEnd"/>
      <w:r w:rsidRPr="00195833">
        <w:rPr>
          <w:rFonts w:ascii="Arial" w:hAnsi="Arial" w:cs="Arial"/>
          <w:sz w:val="22"/>
        </w:rPr>
        <w:t xml:space="preserve">. Z </w:t>
      </w:r>
      <w:proofErr w:type="spellStart"/>
      <w:r w:rsidRPr="00195833">
        <w:rPr>
          <w:rFonts w:ascii="Arial" w:hAnsi="Arial" w:cs="Arial"/>
          <w:sz w:val="22"/>
        </w:rPr>
        <w:t>těchto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důvodů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můžeme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být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rádi</w:t>
      </w:r>
      <w:proofErr w:type="spellEnd"/>
      <w:r w:rsidRPr="00195833">
        <w:rPr>
          <w:rFonts w:ascii="Arial" w:hAnsi="Arial" w:cs="Arial"/>
          <w:sz w:val="22"/>
        </w:rPr>
        <w:t xml:space="preserve">, </w:t>
      </w:r>
      <w:proofErr w:type="spellStart"/>
      <w:r w:rsidRPr="00195833">
        <w:rPr>
          <w:rFonts w:ascii="Arial" w:hAnsi="Arial" w:cs="Arial"/>
          <w:sz w:val="22"/>
        </w:rPr>
        <w:t>že</w:t>
      </w:r>
      <w:proofErr w:type="spellEnd"/>
      <w:r w:rsidRPr="00195833">
        <w:rPr>
          <w:rFonts w:ascii="Arial" w:hAnsi="Arial" w:cs="Arial"/>
          <w:sz w:val="22"/>
        </w:rPr>
        <w:t xml:space="preserve"> se </w:t>
      </w:r>
      <w:proofErr w:type="spellStart"/>
      <w:r w:rsidRPr="00195833">
        <w:rPr>
          <w:rFonts w:ascii="Arial" w:hAnsi="Arial" w:cs="Arial"/>
          <w:sz w:val="22"/>
        </w:rPr>
        <w:t>podařilo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splaškovou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kanalizaci</w:t>
      </w:r>
      <w:proofErr w:type="spellEnd"/>
      <w:r w:rsidRPr="00195833">
        <w:rPr>
          <w:rFonts w:ascii="Arial" w:hAnsi="Arial" w:cs="Arial"/>
          <w:sz w:val="22"/>
        </w:rPr>
        <w:t xml:space="preserve"> a ČOV v </w:t>
      </w:r>
      <w:proofErr w:type="spellStart"/>
      <w:r w:rsidRPr="00195833">
        <w:rPr>
          <w:rFonts w:ascii="Arial" w:hAnsi="Arial" w:cs="Arial"/>
          <w:sz w:val="22"/>
        </w:rPr>
        <w:t>Úhřeticích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vybudovat</w:t>
      </w:r>
      <w:proofErr w:type="spellEnd"/>
      <w:r w:rsidRPr="00195833">
        <w:rPr>
          <w:rFonts w:ascii="Arial" w:hAnsi="Arial" w:cs="Arial"/>
          <w:sz w:val="22"/>
        </w:rPr>
        <w:t xml:space="preserve"> v </w:t>
      </w:r>
      <w:proofErr w:type="spellStart"/>
      <w:r w:rsidRPr="00195833">
        <w:rPr>
          <w:rFonts w:ascii="Arial" w:hAnsi="Arial" w:cs="Arial"/>
          <w:sz w:val="22"/>
        </w:rPr>
        <w:t>podstatě</w:t>
      </w:r>
      <w:proofErr w:type="spellEnd"/>
      <w:r w:rsidRPr="00195833">
        <w:rPr>
          <w:rFonts w:ascii="Arial" w:hAnsi="Arial" w:cs="Arial"/>
          <w:sz w:val="22"/>
        </w:rPr>
        <w:t xml:space="preserve"> „za </w:t>
      </w:r>
      <w:proofErr w:type="spellStart"/>
      <w:r w:rsidRPr="00195833">
        <w:rPr>
          <w:rFonts w:ascii="Arial" w:hAnsi="Arial" w:cs="Arial"/>
          <w:sz w:val="22"/>
        </w:rPr>
        <w:t>minutu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proofErr w:type="gramStart"/>
      <w:r w:rsidRPr="00195833">
        <w:rPr>
          <w:rFonts w:ascii="Arial" w:hAnsi="Arial" w:cs="Arial"/>
          <w:sz w:val="22"/>
        </w:rPr>
        <w:t>dvanáct</w:t>
      </w:r>
      <w:proofErr w:type="spellEnd"/>
      <w:r w:rsidRPr="00195833">
        <w:rPr>
          <w:rFonts w:ascii="Arial" w:hAnsi="Arial" w:cs="Arial"/>
          <w:sz w:val="22"/>
        </w:rPr>
        <w:t>“</w:t>
      </w:r>
      <w:proofErr w:type="gramEnd"/>
      <w:r w:rsidRPr="00195833">
        <w:rPr>
          <w:rFonts w:ascii="Arial" w:hAnsi="Arial" w:cs="Arial"/>
          <w:sz w:val="22"/>
        </w:rPr>
        <w:t>.</w:t>
      </w:r>
    </w:p>
    <w:p w14:paraId="2DA85E9F" w14:textId="2D94FA30" w:rsidR="00F00321" w:rsidRPr="00195833" w:rsidRDefault="002A125B" w:rsidP="0018443F">
      <w:pPr>
        <w:spacing w:after="120"/>
        <w:jc w:val="both"/>
        <w:rPr>
          <w:rFonts w:ascii="Arial" w:hAnsi="Arial" w:cs="Arial"/>
          <w:sz w:val="22"/>
        </w:rPr>
      </w:pPr>
      <w:proofErr w:type="spellStart"/>
      <w:r w:rsidRPr="00195833">
        <w:rPr>
          <w:rFonts w:ascii="Arial" w:hAnsi="Arial" w:cs="Arial"/>
          <w:sz w:val="22"/>
        </w:rPr>
        <w:t>Čeká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nás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ještě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finální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dokončení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povrchů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komunikací</w:t>
      </w:r>
      <w:proofErr w:type="spellEnd"/>
      <w:r w:rsidRPr="00195833">
        <w:rPr>
          <w:rFonts w:ascii="Arial" w:hAnsi="Arial" w:cs="Arial"/>
          <w:sz w:val="22"/>
        </w:rPr>
        <w:t xml:space="preserve">, </w:t>
      </w:r>
      <w:proofErr w:type="spellStart"/>
      <w:r w:rsidRPr="00195833">
        <w:rPr>
          <w:rFonts w:ascii="Arial" w:hAnsi="Arial" w:cs="Arial"/>
          <w:sz w:val="22"/>
        </w:rPr>
        <w:t>kolaudace</w:t>
      </w:r>
      <w:proofErr w:type="spellEnd"/>
      <w:r w:rsidRPr="00195833">
        <w:rPr>
          <w:rFonts w:ascii="Arial" w:hAnsi="Arial" w:cs="Arial"/>
          <w:sz w:val="22"/>
        </w:rPr>
        <w:t xml:space="preserve"> a </w:t>
      </w:r>
      <w:proofErr w:type="spellStart"/>
      <w:r w:rsidRPr="00195833">
        <w:rPr>
          <w:rFonts w:ascii="Arial" w:hAnsi="Arial" w:cs="Arial"/>
          <w:sz w:val="22"/>
        </w:rPr>
        <w:t>připojování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jednotlivých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nemovitostí</w:t>
      </w:r>
      <w:proofErr w:type="spellEnd"/>
      <w:r w:rsidRPr="00195833">
        <w:rPr>
          <w:rFonts w:ascii="Arial" w:hAnsi="Arial" w:cs="Arial"/>
          <w:sz w:val="22"/>
        </w:rPr>
        <w:t xml:space="preserve">, aby </w:t>
      </w:r>
      <w:proofErr w:type="spellStart"/>
      <w:r w:rsidRPr="00195833">
        <w:rPr>
          <w:rFonts w:ascii="Arial" w:hAnsi="Arial" w:cs="Arial"/>
          <w:sz w:val="22"/>
        </w:rPr>
        <w:t>mohl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být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spuštěn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zkušební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provoz</w:t>
      </w:r>
      <w:proofErr w:type="spellEnd"/>
      <w:r w:rsidRPr="00195833">
        <w:rPr>
          <w:rFonts w:ascii="Arial" w:hAnsi="Arial" w:cs="Arial"/>
          <w:sz w:val="22"/>
        </w:rPr>
        <w:t xml:space="preserve">. </w:t>
      </w:r>
      <w:proofErr w:type="spellStart"/>
      <w:r w:rsidRPr="00195833">
        <w:rPr>
          <w:rFonts w:ascii="Arial" w:hAnsi="Arial" w:cs="Arial"/>
          <w:sz w:val="22"/>
        </w:rPr>
        <w:t>Přestože</w:t>
      </w:r>
      <w:proofErr w:type="spellEnd"/>
      <w:r w:rsidRPr="00195833">
        <w:rPr>
          <w:rFonts w:ascii="Arial" w:hAnsi="Arial" w:cs="Arial"/>
          <w:sz w:val="22"/>
        </w:rPr>
        <w:t xml:space="preserve"> do </w:t>
      </w:r>
      <w:proofErr w:type="spellStart"/>
      <w:r w:rsidRPr="00195833">
        <w:rPr>
          <w:rFonts w:ascii="Arial" w:hAnsi="Arial" w:cs="Arial"/>
          <w:sz w:val="22"/>
        </w:rPr>
        <w:t>všeho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zasáhne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zimní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období</w:t>
      </w:r>
      <w:proofErr w:type="spellEnd"/>
      <w:r w:rsidRPr="00195833">
        <w:rPr>
          <w:rFonts w:ascii="Arial" w:hAnsi="Arial" w:cs="Arial"/>
          <w:sz w:val="22"/>
        </w:rPr>
        <w:t xml:space="preserve">, </w:t>
      </w:r>
      <w:proofErr w:type="spellStart"/>
      <w:r w:rsidRPr="00195833">
        <w:rPr>
          <w:rFonts w:ascii="Arial" w:hAnsi="Arial" w:cs="Arial"/>
          <w:sz w:val="22"/>
        </w:rPr>
        <w:t>žádáme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vás</w:t>
      </w:r>
      <w:proofErr w:type="spellEnd"/>
      <w:r w:rsidRPr="00195833">
        <w:rPr>
          <w:rFonts w:ascii="Arial" w:hAnsi="Arial" w:cs="Arial"/>
          <w:sz w:val="22"/>
        </w:rPr>
        <w:t xml:space="preserve"> o co </w:t>
      </w:r>
      <w:proofErr w:type="spellStart"/>
      <w:r w:rsidRPr="00195833">
        <w:rPr>
          <w:rFonts w:ascii="Arial" w:hAnsi="Arial" w:cs="Arial"/>
          <w:sz w:val="22"/>
        </w:rPr>
        <w:t>nejrychlejší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připojení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vašich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nemovitostí</w:t>
      </w:r>
      <w:proofErr w:type="spellEnd"/>
      <w:r w:rsidRPr="00195833">
        <w:rPr>
          <w:rFonts w:ascii="Arial" w:hAnsi="Arial" w:cs="Arial"/>
          <w:sz w:val="22"/>
        </w:rPr>
        <w:t xml:space="preserve">, aby </w:t>
      </w:r>
      <w:proofErr w:type="spellStart"/>
      <w:r w:rsidRPr="00195833">
        <w:rPr>
          <w:rFonts w:ascii="Arial" w:hAnsi="Arial" w:cs="Arial"/>
          <w:sz w:val="22"/>
        </w:rPr>
        <w:t>mohla</w:t>
      </w:r>
      <w:proofErr w:type="spellEnd"/>
      <w:r w:rsidRPr="00195833">
        <w:rPr>
          <w:rFonts w:ascii="Arial" w:hAnsi="Arial" w:cs="Arial"/>
          <w:sz w:val="22"/>
        </w:rPr>
        <w:t xml:space="preserve"> ČOV </w:t>
      </w:r>
      <w:proofErr w:type="spellStart"/>
      <w:r w:rsidRPr="00195833">
        <w:rPr>
          <w:rFonts w:ascii="Arial" w:hAnsi="Arial" w:cs="Arial"/>
          <w:sz w:val="22"/>
        </w:rPr>
        <w:t>řádně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pracovat</w:t>
      </w:r>
      <w:proofErr w:type="spellEnd"/>
      <w:r w:rsidRPr="00195833">
        <w:rPr>
          <w:rFonts w:ascii="Arial" w:hAnsi="Arial" w:cs="Arial"/>
          <w:sz w:val="22"/>
        </w:rPr>
        <w:t xml:space="preserve">. </w:t>
      </w:r>
      <w:proofErr w:type="spellStart"/>
      <w:r w:rsidRPr="00195833">
        <w:rPr>
          <w:rFonts w:ascii="Arial" w:hAnsi="Arial" w:cs="Arial"/>
          <w:sz w:val="22"/>
        </w:rPr>
        <w:t>Nejzazší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termín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připojení</w:t>
      </w:r>
      <w:proofErr w:type="spellEnd"/>
      <w:r w:rsidRPr="00195833">
        <w:rPr>
          <w:rFonts w:ascii="Arial" w:hAnsi="Arial" w:cs="Arial"/>
          <w:sz w:val="22"/>
        </w:rPr>
        <w:t xml:space="preserve"> je </w:t>
      </w:r>
      <w:proofErr w:type="spellStart"/>
      <w:r w:rsidRPr="00195833">
        <w:rPr>
          <w:rFonts w:ascii="Arial" w:hAnsi="Arial" w:cs="Arial"/>
          <w:sz w:val="22"/>
        </w:rPr>
        <w:t>nyní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odhadován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konec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března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až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dub</w:t>
      </w:r>
      <w:r w:rsidR="0018443F" w:rsidRPr="00195833">
        <w:rPr>
          <w:rFonts w:ascii="Arial" w:hAnsi="Arial" w:cs="Arial"/>
          <w:sz w:val="22"/>
        </w:rPr>
        <w:t>na</w:t>
      </w:r>
      <w:proofErr w:type="spellEnd"/>
      <w:r w:rsidRPr="00195833">
        <w:rPr>
          <w:rFonts w:ascii="Arial" w:hAnsi="Arial" w:cs="Arial"/>
          <w:sz w:val="22"/>
        </w:rPr>
        <w:t xml:space="preserve">. </w:t>
      </w:r>
      <w:proofErr w:type="spellStart"/>
      <w:r w:rsidRPr="00195833">
        <w:rPr>
          <w:rFonts w:ascii="Arial" w:hAnsi="Arial" w:cs="Arial"/>
          <w:sz w:val="22"/>
        </w:rPr>
        <w:t>Bližší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informace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ohledně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kanalizace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vám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budou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průběžně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předávány</w:t>
      </w:r>
      <w:proofErr w:type="spellEnd"/>
      <w:r w:rsidRPr="00195833">
        <w:rPr>
          <w:rFonts w:ascii="Arial" w:hAnsi="Arial" w:cs="Arial"/>
          <w:sz w:val="22"/>
        </w:rPr>
        <w:t xml:space="preserve">. </w:t>
      </w:r>
      <w:proofErr w:type="spellStart"/>
      <w:r w:rsidRPr="00195833">
        <w:rPr>
          <w:rFonts w:ascii="Arial" w:hAnsi="Arial" w:cs="Arial"/>
          <w:sz w:val="22"/>
        </w:rPr>
        <w:t>Plánován</w:t>
      </w:r>
      <w:proofErr w:type="spellEnd"/>
      <w:r w:rsidRPr="00195833">
        <w:rPr>
          <w:rFonts w:ascii="Arial" w:hAnsi="Arial" w:cs="Arial"/>
          <w:sz w:val="22"/>
        </w:rPr>
        <w:t xml:space="preserve"> je </w:t>
      </w:r>
      <w:proofErr w:type="spellStart"/>
      <w:r w:rsidRPr="00195833">
        <w:rPr>
          <w:rFonts w:ascii="Arial" w:hAnsi="Arial" w:cs="Arial"/>
          <w:sz w:val="22"/>
        </w:rPr>
        <w:t>také</w:t>
      </w:r>
      <w:proofErr w:type="spellEnd"/>
      <w:r w:rsidRPr="00195833">
        <w:rPr>
          <w:rFonts w:ascii="Arial" w:hAnsi="Arial" w:cs="Arial"/>
          <w:sz w:val="22"/>
        </w:rPr>
        <w:t xml:space="preserve"> DEN OTEVŘENÝCH DVEŘÍ </w:t>
      </w:r>
      <w:proofErr w:type="spellStart"/>
      <w:r w:rsidRPr="00195833">
        <w:rPr>
          <w:rFonts w:ascii="Arial" w:hAnsi="Arial" w:cs="Arial"/>
          <w:sz w:val="22"/>
        </w:rPr>
        <w:t>na</w:t>
      </w:r>
      <w:proofErr w:type="spellEnd"/>
      <w:r w:rsidRPr="00195833">
        <w:rPr>
          <w:rFonts w:ascii="Arial" w:hAnsi="Arial" w:cs="Arial"/>
          <w:sz w:val="22"/>
        </w:rPr>
        <w:t xml:space="preserve"> ČOV.</w:t>
      </w:r>
    </w:p>
    <w:p w14:paraId="2F42CD9C" w14:textId="77777777" w:rsidR="00F00321" w:rsidRPr="00195833" w:rsidRDefault="002A125B" w:rsidP="0018443F">
      <w:pPr>
        <w:spacing w:after="120"/>
        <w:jc w:val="both"/>
        <w:rPr>
          <w:rFonts w:ascii="Arial" w:hAnsi="Arial" w:cs="Arial"/>
          <w:sz w:val="22"/>
        </w:rPr>
      </w:pPr>
      <w:proofErr w:type="spellStart"/>
      <w:r w:rsidRPr="00195833">
        <w:rPr>
          <w:rFonts w:ascii="Arial" w:hAnsi="Arial" w:cs="Arial"/>
          <w:sz w:val="22"/>
        </w:rPr>
        <w:t>Jsme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rádi</w:t>
      </w:r>
      <w:proofErr w:type="spellEnd"/>
      <w:r w:rsidRPr="00195833">
        <w:rPr>
          <w:rFonts w:ascii="Arial" w:hAnsi="Arial" w:cs="Arial"/>
          <w:sz w:val="22"/>
        </w:rPr>
        <w:t xml:space="preserve">, </w:t>
      </w:r>
      <w:proofErr w:type="spellStart"/>
      <w:r w:rsidRPr="00195833">
        <w:rPr>
          <w:rFonts w:ascii="Arial" w:hAnsi="Arial" w:cs="Arial"/>
          <w:sz w:val="22"/>
        </w:rPr>
        <w:t>že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Správa</w:t>
      </w:r>
      <w:proofErr w:type="spellEnd"/>
      <w:r w:rsidRPr="00195833">
        <w:rPr>
          <w:rFonts w:ascii="Arial" w:hAnsi="Arial" w:cs="Arial"/>
          <w:sz w:val="22"/>
        </w:rPr>
        <w:t xml:space="preserve"> a </w:t>
      </w:r>
      <w:proofErr w:type="spellStart"/>
      <w:r w:rsidRPr="00195833">
        <w:rPr>
          <w:rFonts w:ascii="Arial" w:hAnsi="Arial" w:cs="Arial"/>
          <w:sz w:val="22"/>
        </w:rPr>
        <w:t>údržba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silnic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Pardubického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kraje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vyslyšela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naši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žádost</w:t>
      </w:r>
      <w:proofErr w:type="spellEnd"/>
      <w:r w:rsidRPr="00195833">
        <w:rPr>
          <w:rFonts w:ascii="Arial" w:hAnsi="Arial" w:cs="Arial"/>
          <w:sz w:val="22"/>
        </w:rPr>
        <w:t xml:space="preserve"> a </w:t>
      </w:r>
      <w:proofErr w:type="spellStart"/>
      <w:r w:rsidRPr="00195833">
        <w:rPr>
          <w:rFonts w:ascii="Arial" w:hAnsi="Arial" w:cs="Arial"/>
          <w:sz w:val="22"/>
        </w:rPr>
        <w:t>zafinancovala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polovinu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povrchů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hlavních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komunikací</w:t>
      </w:r>
      <w:proofErr w:type="spellEnd"/>
      <w:r w:rsidRPr="00195833">
        <w:rPr>
          <w:rFonts w:ascii="Arial" w:hAnsi="Arial" w:cs="Arial"/>
          <w:sz w:val="22"/>
        </w:rPr>
        <w:t xml:space="preserve">. Obec </w:t>
      </w:r>
      <w:proofErr w:type="spellStart"/>
      <w:r w:rsidRPr="00195833">
        <w:rPr>
          <w:rFonts w:ascii="Arial" w:hAnsi="Arial" w:cs="Arial"/>
          <w:sz w:val="22"/>
        </w:rPr>
        <w:t>hradí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druhou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polovinu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gramStart"/>
      <w:r w:rsidRPr="00195833">
        <w:rPr>
          <w:rFonts w:ascii="Arial" w:hAnsi="Arial" w:cs="Arial"/>
          <w:sz w:val="22"/>
        </w:rPr>
        <w:t>a</w:t>
      </w:r>
      <w:proofErr w:type="gram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opravy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místních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komunikací</w:t>
      </w:r>
      <w:proofErr w:type="spellEnd"/>
      <w:r w:rsidRPr="00195833">
        <w:rPr>
          <w:rFonts w:ascii="Arial" w:hAnsi="Arial" w:cs="Arial"/>
          <w:sz w:val="22"/>
        </w:rPr>
        <w:t>.</w:t>
      </w:r>
    </w:p>
    <w:p w14:paraId="30D696F7" w14:textId="77777777" w:rsidR="00F00321" w:rsidRPr="00195833" w:rsidRDefault="002A125B" w:rsidP="0018443F">
      <w:pPr>
        <w:spacing w:after="120"/>
        <w:jc w:val="both"/>
        <w:rPr>
          <w:rFonts w:ascii="Arial" w:hAnsi="Arial" w:cs="Arial"/>
          <w:sz w:val="22"/>
        </w:rPr>
      </w:pPr>
      <w:proofErr w:type="spellStart"/>
      <w:r w:rsidRPr="00195833">
        <w:rPr>
          <w:rFonts w:ascii="Arial" w:hAnsi="Arial" w:cs="Arial"/>
          <w:sz w:val="22"/>
        </w:rPr>
        <w:t>Tímto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bychom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chtěli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poděkovat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vám</w:t>
      </w:r>
      <w:proofErr w:type="spellEnd"/>
      <w:r w:rsidRPr="00195833">
        <w:rPr>
          <w:rFonts w:ascii="Arial" w:hAnsi="Arial" w:cs="Arial"/>
          <w:sz w:val="22"/>
        </w:rPr>
        <w:t xml:space="preserve">, </w:t>
      </w:r>
      <w:proofErr w:type="spellStart"/>
      <w:r w:rsidRPr="00195833">
        <w:rPr>
          <w:rFonts w:ascii="Arial" w:hAnsi="Arial" w:cs="Arial"/>
          <w:sz w:val="22"/>
        </w:rPr>
        <w:t>občanům</w:t>
      </w:r>
      <w:proofErr w:type="spellEnd"/>
      <w:r w:rsidRPr="00195833">
        <w:rPr>
          <w:rFonts w:ascii="Arial" w:hAnsi="Arial" w:cs="Arial"/>
          <w:sz w:val="22"/>
        </w:rPr>
        <w:t xml:space="preserve">, za </w:t>
      </w:r>
      <w:proofErr w:type="spellStart"/>
      <w:r w:rsidRPr="00195833">
        <w:rPr>
          <w:rFonts w:ascii="Arial" w:hAnsi="Arial" w:cs="Arial"/>
          <w:sz w:val="22"/>
        </w:rPr>
        <w:t>trpělivost</w:t>
      </w:r>
      <w:proofErr w:type="spellEnd"/>
      <w:r w:rsidRPr="00195833">
        <w:rPr>
          <w:rFonts w:ascii="Arial" w:hAnsi="Arial" w:cs="Arial"/>
          <w:sz w:val="22"/>
        </w:rPr>
        <w:t xml:space="preserve">, </w:t>
      </w:r>
      <w:proofErr w:type="spellStart"/>
      <w:r w:rsidRPr="00195833">
        <w:rPr>
          <w:rFonts w:ascii="Arial" w:hAnsi="Arial" w:cs="Arial"/>
          <w:sz w:val="22"/>
        </w:rPr>
        <w:t>pochopení</w:t>
      </w:r>
      <w:proofErr w:type="spellEnd"/>
      <w:r w:rsidRPr="00195833">
        <w:rPr>
          <w:rFonts w:ascii="Arial" w:hAnsi="Arial" w:cs="Arial"/>
          <w:sz w:val="22"/>
        </w:rPr>
        <w:t xml:space="preserve">, </w:t>
      </w:r>
      <w:proofErr w:type="spellStart"/>
      <w:r w:rsidRPr="00195833">
        <w:rPr>
          <w:rFonts w:ascii="Arial" w:hAnsi="Arial" w:cs="Arial"/>
          <w:sz w:val="22"/>
        </w:rPr>
        <w:t>vstřícnost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i</w:t>
      </w:r>
      <w:proofErr w:type="spellEnd"/>
      <w:r w:rsidRPr="00195833">
        <w:rPr>
          <w:rFonts w:ascii="Arial" w:hAnsi="Arial" w:cs="Arial"/>
          <w:sz w:val="22"/>
        </w:rPr>
        <w:t xml:space="preserve"> za </w:t>
      </w:r>
      <w:proofErr w:type="spellStart"/>
      <w:r w:rsidRPr="00195833">
        <w:rPr>
          <w:rFonts w:ascii="Arial" w:hAnsi="Arial" w:cs="Arial"/>
          <w:sz w:val="22"/>
        </w:rPr>
        <w:t>připomínky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během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výstavby</w:t>
      </w:r>
      <w:proofErr w:type="spellEnd"/>
      <w:r w:rsidRPr="00195833">
        <w:rPr>
          <w:rFonts w:ascii="Arial" w:hAnsi="Arial" w:cs="Arial"/>
          <w:sz w:val="22"/>
        </w:rPr>
        <w:t xml:space="preserve">, </w:t>
      </w:r>
      <w:proofErr w:type="spellStart"/>
      <w:r w:rsidRPr="00195833">
        <w:rPr>
          <w:rFonts w:ascii="Arial" w:hAnsi="Arial" w:cs="Arial"/>
          <w:sz w:val="22"/>
        </w:rPr>
        <w:t>která</w:t>
      </w:r>
      <w:proofErr w:type="spellEnd"/>
      <w:r w:rsidRPr="00195833">
        <w:rPr>
          <w:rFonts w:ascii="Arial" w:hAnsi="Arial" w:cs="Arial"/>
          <w:sz w:val="22"/>
        </w:rPr>
        <w:t xml:space="preserve"> do </w:t>
      </w:r>
      <w:proofErr w:type="spellStart"/>
      <w:r w:rsidRPr="00195833">
        <w:rPr>
          <w:rFonts w:ascii="Arial" w:hAnsi="Arial" w:cs="Arial"/>
          <w:sz w:val="22"/>
        </w:rPr>
        <w:t>určité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míry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omezovala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váš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komfort</w:t>
      </w:r>
      <w:proofErr w:type="spellEnd"/>
      <w:r w:rsidRPr="00195833">
        <w:rPr>
          <w:rFonts w:ascii="Arial" w:hAnsi="Arial" w:cs="Arial"/>
          <w:sz w:val="22"/>
        </w:rPr>
        <w:t xml:space="preserve">. </w:t>
      </w:r>
      <w:proofErr w:type="spellStart"/>
      <w:r w:rsidRPr="00195833">
        <w:rPr>
          <w:rFonts w:ascii="Arial" w:hAnsi="Arial" w:cs="Arial"/>
          <w:sz w:val="22"/>
        </w:rPr>
        <w:t>Nyní</w:t>
      </w:r>
      <w:proofErr w:type="spellEnd"/>
      <w:r w:rsidRPr="00195833">
        <w:rPr>
          <w:rFonts w:ascii="Arial" w:hAnsi="Arial" w:cs="Arial"/>
          <w:sz w:val="22"/>
        </w:rPr>
        <w:t xml:space="preserve"> je </w:t>
      </w:r>
      <w:proofErr w:type="spellStart"/>
      <w:r w:rsidRPr="00195833">
        <w:rPr>
          <w:rFonts w:ascii="Arial" w:hAnsi="Arial" w:cs="Arial"/>
          <w:sz w:val="22"/>
        </w:rPr>
        <w:t>už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pomalu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vidět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lepší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tvář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celé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akce</w:t>
      </w:r>
      <w:proofErr w:type="spellEnd"/>
      <w:r w:rsidRPr="00195833">
        <w:rPr>
          <w:rFonts w:ascii="Arial" w:hAnsi="Arial" w:cs="Arial"/>
          <w:sz w:val="22"/>
        </w:rPr>
        <w:t xml:space="preserve"> – </w:t>
      </w:r>
      <w:proofErr w:type="spellStart"/>
      <w:r w:rsidRPr="00195833">
        <w:rPr>
          <w:rFonts w:ascii="Arial" w:hAnsi="Arial" w:cs="Arial"/>
          <w:sz w:val="22"/>
        </w:rPr>
        <w:t>nové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povrchy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komunikací</w:t>
      </w:r>
      <w:proofErr w:type="spellEnd"/>
      <w:r w:rsidRPr="00195833">
        <w:rPr>
          <w:rFonts w:ascii="Arial" w:hAnsi="Arial" w:cs="Arial"/>
          <w:sz w:val="22"/>
        </w:rPr>
        <w:t xml:space="preserve"> a </w:t>
      </w:r>
      <w:proofErr w:type="spellStart"/>
      <w:r w:rsidRPr="00195833">
        <w:rPr>
          <w:rFonts w:ascii="Arial" w:hAnsi="Arial" w:cs="Arial"/>
          <w:sz w:val="22"/>
        </w:rPr>
        <w:t>probíhající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opravy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chodníků</w:t>
      </w:r>
      <w:proofErr w:type="spellEnd"/>
      <w:r w:rsidRPr="00195833">
        <w:rPr>
          <w:rFonts w:ascii="Arial" w:hAnsi="Arial" w:cs="Arial"/>
          <w:sz w:val="22"/>
        </w:rPr>
        <w:t xml:space="preserve">. Ne </w:t>
      </w:r>
      <w:proofErr w:type="spellStart"/>
      <w:r w:rsidRPr="00195833">
        <w:rPr>
          <w:rFonts w:ascii="Arial" w:hAnsi="Arial" w:cs="Arial"/>
          <w:sz w:val="22"/>
        </w:rPr>
        <w:t>vše</w:t>
      </w:r>
      <w:proofErr w:type="spellEnd"/>
      <w:r w:rsidRPr="00195833">
        <w:rPr>
          <w:rFonts w:ascii="Arial" w:hAnsi="Arial" w:cs="Arial"/>
          <w:sz w:val="22"/>
        </w:rPr>
        <w:t xml:space="preserve"> se </w:t>
      </w:r>
      <w:proofErr w:type="spellStart"/>
      <w:r w:rsidRPr="00195833">
        <w:rPr>
          <w:rFonts w:ascii="Arial" w:hAnsi="Arial" w:cs="Arial"/>
          <w:sz w:val="22"/>
        </w:rPr>
        <w:t>podaří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dát</w:t>
      </w:r>
      <w:proofErr w:type="spellEnd"/>
      <w:r w:rsidRPr="00195833">
        <w:rPr>
          <w:rFonts w:ascii="Arial" w:hAnsi="Arial" w:cs="Arial"/>
          <w:sz w:val="22"/>
        </w:rPr>
        <w:t xml:space="preserve"> do </w:t>
      </w:r>
      <w:proofErr w:type="spellStart"/>
      <w:r w:rsidRPr="00195833">
        <w:rPr>
          <w:rFonts w:ascii="Arial" w:hAnsi="Arial" w:cs="Arial"/>
          <w:sz w:val="22"/>
        </w:rPr>
        <w:t>pořádku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najednou</w:t>
      </w:r>
      <w:proofErr w:type="spellEnd"/>
      <w:r w:rsidRPr="00195833">
        <w:rPr>
          <w:rFonts w:ascii="Arial" w:hAnsi="Arial" w:cs="Arial"/>
          <w:sz w:val="22"/>
        </w:rPr>
        <w:t xml:space="preserve">, to </w:t>
      </w:r>
      <w:proofErr w:type="spellStart"/>
      <w:r w:rsidRPr="00195833">
        <w:rPr>
          <w:rFonts w:ascii="Arial" w:hAnsi="Arial" w:cs="Arial"/>
          <w:sz w:val="22"/>
        </w:rPr>
        <w:t>nás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teprve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čeká</w:t>
      </w:r>
      <w:proofErr w:type="spellEnd"/>
      <w:r w:rsidRPr="00195833">
        <w:rPr>
          <w:rFonts w:ascii="Arial" w:hAnsi="Arial" w:cs="Arial"/>
          <w:sz w:val="22"/>
        </w:rPr>
        <w:t xml:space="preserve">. </w:t>
      </w:r>
      <w:proofErr w:type="spellStart"/>
      <w:r w:rsidRPr="00195833">
        <w:rPr>
          <w:rFonts w:ascii="Arial" w:hAnsi="Arial" w:cs="Arial"/>
          <w:sz w:val="22"/>
        </w:rPr>
        <w:t>Nejdůležitější</w:t>
      </w:r>
      <w:proofErr w:type="spellEnd"/>
      <w:r w:rsidRPr="00195833">
        <w:rPr>
          <w:rFonts w:ascii="Arial" w:hAnsi="Arial" w:cs="Arial"/>
          <w:sz w:val="22"/>
        </w:rPr>
        <w:t xml:space="preserve"> je </w:t>
      </w:r>
      <w:proofErr w:type="spellStart"/>
      <w:r w:rsidRPr="00195833">
        <w:rPr>
          <w:rFonts w:ascii="Arial" w:hAnsi="Arial" w:cs="Arial"/>
          <w:sz w:val="22"/>
        </w:rPr>
        <w:t>nyní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spuštění</w:t>
      </w:r>
      <w:proofErr w:type="spellEnd"/>
      <w:r w:rsidRPr="00195833">
        <w:rPr>
          <w:rFonts w:ascii="Arial" w:hAnsi="Arial" w:cs="Arial"/>
          <w:sz w:val="22"/>
        </w:rPr>
        <w:t xml:space="preserve"> a </w:t>
      </w:r>
      <w:proofErr w:type="spellStart"/>
      <w:r w:rsidRPr="00195833">
        <w:rPr>
          <w:rFonts w:ascii="Arial" w:hAnsi="Arial" w:cs="Arial"/>
          <w:sz w:val="22"/>
        </w:rPr>
        <w:t>postupné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vyladění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provozu</w:t>
      </w:r>
      <w:proofErr w:type="spellEnd"/>
      <w:r w:rsidRPr="00195833">
        <w:rPr>
          <w:rFonts w:ascii="Arial" w:hAnsi="Arial" w:cs="Arial"/>
          <w:sz w:val="22"/>
        </w:rPr>
        <w:t xml:space="preserve"> ČOV.</w:t>
      </w:r>
    </w:p>
    <w:p w14:paraId="336A4B89" w14:textId="77777777" w:rsidR="00F00321" w:rsidRPr="00195833" w:rsidRDefault="002A125B" w:rsidP="0018443F">
      <w:pPr>
        <w:spacing w:after="120"/>
        <w:jc w:val="both"/>
        <w:rPr>
          <w:rFonts w:ascii="Arial" w:hAnsi="Arial" w:cs="Arial"/>
          <w:sz w:val="22"/>
        </w:rPr>
      </w:pPr>
      <w:proofErr w:type="spellStart"/>
      <w:r w:rsidRPr="00195833">
        <w:rPr>
          <w:rFonts w:ascii="Arial" w:hAnsi="Arial" w:cs="Arial"/>
          <w:sz w:val="22"/>
        </w:rPr>
        <w:t>Snahou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současného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zastupitelstva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bylo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našetřit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dostatek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finančních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prostředků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výstavbu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kanalizace</w:t>
      </w:r>
      <w:proofErr w:type="spellEnd"/>
      <w:r w:rsidRPr="00195833">
        <w:rPr>
          <w:rFonts w:ascii="Arial" w:hAnsi="Arial" w:cs="Arial"/>
          <w:sz w:val="22"/>
        </w:rPr>
        <w:t xml:space="preserve"> a ČOV, </w:t>
      </w:r>
      <w:proofErr w:type="spellStart"/>
      <w:r w:rsidRPr="00195833">
        <w:rPr>
          <w:rFonts w:ascii="Arial" w:hAnsi="Arial" w:cs="Arial"/>
          <w:sz w:val="22"/>
        </w:rPr>
        <w:t>což</w:t>
      </w:r>
      <w:proofErr w:type="spellEnd"/>
      <w:r w:rsidRPr="00195833">
        <w:rPr>
          <w:rFonts w:ascii="Arial" w:hAnsi="Arial" w:cs="Arial"/>
          <w:sz w:val="22"/>
        </w:rPr>
        <w:t xml:space="preserve"> se </w:t>
      </w:r>
      <w:proofErr w:type="spellStart"/>
      <w:r w:rsidRPr="00195833">
        <w:rPr>
          <w:rFonts w:ascii="Arial" w:hAnsi="Arial" w:cs="Arial"/>
          <w:sz w:val="22"/>
        </w:rPr>
        <w:t>podařilo</w:t>
      </w:r>
      <w:proofErr w:type="spellEnd"/>
      <w:r w:rsidRPr="00195833">
        <w:rPr>
          <w:rFonts w:ascii="Arial" w:hAnsi="Arial" w:cs="Arial"/>
          <w:sz w:val="22"/>
        </w:rPr>
        <w:t xml:space="preserve">. V </w:t>
      </w:r>
      <w:proofErr w:type="spellStart"/>
      <w:r w:rsidRPr="00195833">
        <w:rPr>
          <w:rFonts w:ascii="Arial" w:hAnsi="Arial" w:cs="Arial"/>
          <w:sz w:val="22"/>
        </w:rPr>
        <w:t>současné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době</w:t>
      </w:r>
      <w:proofErr w:type="spellEnd"/>
      <w:r w:rsidRPr="00195833">
        <w:rPr>
          <w:rFonts w:ascii="Arial" w:hAnsi="Arial" w:cs="Arial"/>
          <w:sz w:val="22"/>
        </w:rPr>
        <w:t xml:space="preserve"> je </w:t>
      </w:r>
      <w:proofErr w:type="spellStart"/>
      <w:r w:rsidRPr="00195833">
        <w:rPr>
          <w:rFonts w:ascii="Arial" w:hAnsi="Arial" w:cs="Arial"/>
          <w:sz w:val="22"/>
        </w:rPr>
        <w:t>připraven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ke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schválení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dodatek</w:t>
      </w:r>
      <w:proofErr w:type="spellEnd"/>
      <w:r w:rsidRPr="00195833">
        <w:rPr>
          <w:rFonts w:ascii="Arial" w:hAnsi="Arial" w:cs="Arial"/>
          <w:sz w:val="22"/>
        </w:rPr>
        <w:t xml:space="preserve"> v </w:t>
      </w:r>
      <w:proofErr w:type="spellStart"/>
      <w:r w:rsidRPr="00195833">
        <w:rPr>
          <w:rFonts w:ascii="Arial" w:hAnsi="Arial" w:cs="Arial"/>
          <w:sz w:val="22"/>
        </w:rPr>
        <w:t>rámci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víceprací</w:t>
      </w:r>
      <w:proofErr w:type="spellEnd"/>
      <w:r w:rsidRPr="00195833">
        <w:rPr>
          <w:rFonts w:ascii="Arial" w:hAnsi="Arial" w:cs="Arial"/>
          <w:sz w:val="22"/>
        </w:rPr>
        <w:t xml:space="preserve">, </w:t>
      </w:r>
      <w:proofErr w:type="spellStart"/>
      <w:r w:rsidRPr="00195833">
        <w:rPr>
          <w:rFonts w:ascii="Arial" w:hAnsi="Arial" w:cs="Arial"/>
          <w:sz w:val="22"/>
        </w:rPr>
        <w:t>kdy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konečná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cena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díla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bude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přibližně</w:t>
      </w:r>
      <w:proofErr w:type="spellEnd"/>
      <w:r w:rsidRPr="00195833">
        <w:rPr>
          <w:rFonts w:ascii="Arial" w:hAnsi="Arial" w:cs="Arial"/>
          <w:sz w:val="22"/>
        </w:rPr>
        <w:t xml:space="preserve"> 132 mil. </w:t>
      </w:r>
      <w:proofErr w:type="spellStart"/>
      <w:r w:rsidRPr="00195833">
        <w:rPr>
          <w:rFonts w:ascii="Arial" w:hAnsi="Arial" w:cs="Arial"/>
          <w:sz w:val="22"/>
        </w:rPr>
        <w:t>Kč</w:t>
      </w:r>
      <w:proofErr w:type="spellEnd"/>
      <w:r w:rsidRPr="00195833">
        <w:rPr>
          <w:rFonts w:ascii="Arial" w:hAnsi="Arial" w:cs="Arial"/>
          <w:sz w:val="22"/>
        </w:rPr>
        <w:t xml:space="preserve">. </w:t>
      </w:r>
      <w:proofErr w:type="spellStart"/>
      <w:r w:rsidRPr="00195833">
        <w:rPr>
          <w:rFonts w:ascii="Arial" w:hAnsi="Arial" w:cs="Arial"/>
          <w:sz w:val="22"/>
        </w:rPr>
        <w:t>Dotace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poskytnutá</w:t>
      </w:r>
      <w:proofErr w:type="spellEnd"/>
      <w:r w:rsidRPr="00195833">
        <w:rPr>
          <w:rFonts w:ascii="Arial" w:hAnsi="Arial" w:cs="Arial"/>
          <w:sz w:val="22"/>
        </w:rPr>
        <w:t xml:space="preserve"> ze SFŽP </w:t>
      </w:r>
      <w:proofErr w:type="spellStart"/>
      <w:r w:rsidRPr="00195833">
        <w:rPr>
          <w:rFonts w:ascii="Arial" w:hAnsi="Arial" w:cs="Arial"/>
          <w:sz w:val="22"/>
        </w:rPr>
        <w:t>činila</w:t>
      </w:r>
      <w:proofErr w:type="spellEnd"/>
      <w:r w:rsidRPr="00195833">
        <w:rPr>
          <w:rFonts w:ascii="Arial" w:hAnsi="Arial" w:cs="Arial"/>
          <w:sz w:val="22"/>
        </w:rPr>
        <w:t xml:space="preserve"> 75 mil. </w:t>
      </w:r>
      <w:proofErr w:type="spellStart"/>
      <w:r w:rsidRPr="00195833">
        <w:rPr>
          <w:rFonts w:ascii="Arial" w:hAnsi="Arial" w:cs="Arial"/>
          <w:sz w:val="22"/>
        </w:rPr>
        <w:t>Kč</w:t>
      </w:r>
      <w:proofErr w:type="spellEnd"/>
      <w:r w:rsidRPr="00195833">
        <w:rPr>
          <w:rFonts w:ascii="Arial" w:hAnsi="Arial" w:cs="Arial"/>
          <w:sz w:val="22"/>
        </w:rPr>
        <w:t xml:space="preserve">. </w:t>
      </w:r>
      <w:proofErr w:type="spellStart"/>
      <w:r w:rsidRPr="00195833">
        <w:rPr>
          <w:rFonts w:ascii="Arial" w:hAnsi="Arial" w:cs="Arial"/>
          <w:sz w:val="22"/>
        </w:rPr>
        <w:t>Dále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byla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získána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půjčka</w:t>
      </w:r>
      <w:proofErr w:type="spellEnd"/>
      <w:r w:rsidRPr="00195833">
        <w:rPr>
          <w:rFonts w:ascii="Arial" w:hAnsi="Arial" w:cs="Arial"/>
          <w:sz w:val="22"/>
        </w:rPr>
        <w:t xml:space="preserve"> s </w:t>
      </w:r>
      <w:proofErr w:type="spellStart"/>
      <w:r w:rsidRPr="00195833">
        <w:rPr>
          <w:rFonts w:ascii="Arial" w:hAnsi="Arial" w:cs="Arial"/>
          <w:sz w:val="22"/>
        </w:rPr>
        <w:t>úrokem</w:t>
      </w:r>
      <w:proofErr w:type="spellEnd"/>
      <w:r w:rsidRPr="00195833">
        <w:rPr>
          <w:rFonts w:ascii="Arial" w:hAnsi="Arial" w:cs="Arial"/>
          <w:sz w:val="22"/>
        </w:rPr>
        <w:t xml:space="preserve"> 1 </w:t>
      </w:r>
      <w:r w:rsidRPr="00195833">
        <w:rPr>
          <w:rFonts w:ascii="Arial" w:hAnsi="Arial" w:cs="Arial"/>
          <w:sz w:val="22"/>
        </w:rPr>
        <w:lastRenderedPageBreak/>
        <w:t xml:space="preserve">% </w:t>
      </w:r>
      <w:proofErr w:type="spellStart"/>
      <w:r w:rsidRPr="00195833">
        <w:rPr>
          <w:rFonts w:ascii="Arial" w:hAnsi="Arial" w:cs="Arial"/>
          <w:sz w:val="22"/>
        </w:rPr>
        <w:t>ve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výši</w:t>
      </w:r>
      <w:proofErr w:type="spellEnd"/>
      <w:r w:rsidRPr="00195833">
        <w:rPr>
          <w:rFonts w:ascii="Arial" w:hAnsi="Arial" w:cs="Arial"/>
          <w:sz w:val="22"/>
        </w:rPr>
        <w:t xml:space="preserve"> 26 mil. </w:t>
      </w:r>
      <w:proofErr w:type="spellStart"/>
      <w:r w:rsidRPr="00195833">
        <w:rPr>
          <w:rFonts w:ascii="Arial" w:hAnsi="Arial" w:cs="Arial"/>
          <w:sz w:val="22"/>
        </w:rPr>
        <w:t>Kč</w:t>
      </w:r>
      <w:proofErr w:type="spellEnd"/>
      <w:r w:rsidRPr="00195833">
        <w:rPr>
          <w:rFonts w:ascii="Arial" w:hAnsi="Arial" w:cs="Arial"/>
          <w:sz w:val="22"/>
        </w:rPr>
        <w:t xml:space="preserve"> a </w:t>
      </w:r>
      <w:proofErr w:type="spellStart"/>
      <w:r w:rsidRPr="00195833">
        <w:rPr>
          <w:rFonts w:ascii="Arial" w:hAnsi="Arial" w:cs="Arial"/>
          <w:sz w:val="22"/>
        </w:rPr>
        <w:t>dotace</w:t>
      </w:r>
      <w:proofErr w:type="spellEnd"/>
      <w:r w:rsidRPr="00195833">
        <w:rPr>
          <w:rFonts w:ascii="Arial" w:hAnsi="Arial" w:cs="Arial"/>
          <w:sz w:val="22"/>
        </w:rPr>
        <w:t xml:space="preserve"> z </w:t>
      </w:r>
      <w:proofErr w:type="spellStart"/>
      <w:r w:rsidRPr="00195833">
        <w:rPr>
          <w:rFonts w:ascii="Arial" w:hAnsi="Arial" w:cs="Arial"/>
          <w:sz w:val="22"/>
        </w:rPr>
        <w:t>Pardubického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kraje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výši</w:t>
      </w:r>
      <w:proofErr w:type="spellEnd"/>
      <w:r w:rsidRPr="00195833">
        <w:rPr>
          <w:rFonts w:ascii="Arial" w:hAnsi="Arial" w:cs="Arial"/>
          <w:sz w:val="22"/>
        </w:rPr>
        <w:t xml:space="preserve"> 7 mil. </w:t>
      </w:r>
      <w:proofErr w:type="spellStart"/>
      <w:r w:rsidRPr="00195833">
        <w:rPr>
          <w:rFonts w:ascii="Arial" w:hAnsi="Arial" w:cs="Arial"/>
          <w:sz w:val="22"/>
        </w:rPr>
        <w:t>Kč</w:t>
      </w:r>
      <w:proofErr w:type="spellEnd"/>
      <w:r w:rsidRPr="00195833">
        <w:rPr>
          <w:rFonts w:ascii="Arial" w:hAnsi="Arial" w:cs="Arial"/>
          <w:sz w:val="22"/>
        </w:rPr>
        <w:t xml:space="preserve">. Obec </w:t>
      </w:r>
      <w:proofErr w:type="spellStart"/>
      <w:r w:rsidRPr="00195833">
        <w:rPr>
          <w:rFonts w:ascii="Arial" w:hAnsi="Arial" w:cs="Arial"/>
          <w:sz w:val="22"/>
        </w:rPr>
        <w:t>uzavřela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také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smlouvu</w:t>
      </w:r>
      <w:proofErr w:type="spellEnd"/>
      <w:r w:rsidRPr="00195833">
        <w:rPr>
          <w:rFonts w:ascii="Arial" w:hAnsi="Arial" w:cs="Arial"/>
          <w:sz w:val="22"/>
        </w:rPr>
        <w:t xml:space="preserve"> o </w:t>
      </w:r>
      <w:proofErr w:type="spellStart"/>
      <w:r w:rsidRPr="00195833">
        <w:rPr>
          <w:rFonts w:ascii="Arial" w:hAnsi="Arial" w:cs="Arial"/>
          <w:sz w:val="22"/>
        </w:rPr>
        <w:t>úvěru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výši</w:t>
      </w:r>
      <w:proofErr w:type="spellEnd"/>
      <w:r w:rsidRPr="00195833">
        <w:rPr>
          <w:rFonts w:ascii="Arial" w:hAnsi="Arial" w:cs="Arial"/>
          <w:sz w:val="22"/>
        </w:rPr>
        <w:t xml:space="preserve"> 14 mil. </w:t>
      </w:r>
      <w:proofErr w:type="spellStart"/>
      <w:r w:rsidRPr="00195833">
        <w:rPr>
          <w:rFonts w:ascii="Arial" w:hAnsi="Arial" w:cs="Arial"/>
          <w:sz w:val="22"/>
        </w:rPr>
        <w:t>Kč</w:t>
      </w:r>
      <w:proofErr w:type="spellEnd"/>
      <w:r w:rsidRPr="00195833">
        <w:rPr>
          <w:rFonts w:ascii="Arial" w:hAnsi="Arial" w:cs="Arial"/>
          <w:sz w:val="22"/>
        </w:rPr>
        <w:t xml:space="preserve">, k </w:t>
      </w:r>
      <w:proofErr w:type="spellStart"/>
      <w:r w:rsidRPr="00195833">
        <w:rPr>
          <w:rFonts w:ascii="Arial" w:hAnsi="Arial" w:cs="Arial"/>
          <w:sz w:val="22"/>
        </w:rPr>
        <w:t>jehož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čerpání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zatím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nemusela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přistoupit</w:t>
      </w:r>
      <w:proofErr w:type="spellEnd"/>
      <w:r w:rsidRPr="00195833">
        <w:rPr>
          <w:rFonts w:ascii="Arial" w:hAnsi="Arial" w:cs="Arial"/>
          <w:sz w:val="22"/>
        </w:rPr>
        <w:t xml:space="preserve">. Ze </w:t>
      </w:r>
      <w:proofErr w:type="spellStart"/>
      <w:r w:rsidRPr="00195833">
        <w:rPr>
          <w:rFonts w:ascii="Arial" w:hAnsi="Arial" w:cs="Arial"/>
          <w:sz w:val="22"/>
        </w:rPr>
        <w:t>svých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ušetřených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prostředků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hradila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náklady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výši</w:t>
      </w:r>
      <w:proofErr w:type="spellEnd"/>
      <w:r w:rsidRPr="00195833">
        <w:rPr>
          <w:rFonts w:ascii="Arial" w:hAnsi="Arial" w:cs="Arial"/>
          <w:sz w:val="22"/>
        </w:rPr>
        <w:t xml:space="preserve"> 24 mil. </w:t>
      </w:r>
      <w:proofErr w:type="spellStart"/>
      <w:r w:rsidRPr="00195833">
        <w:rPr>
          <w:rFonts w:ascii="Arial" w:hAnsi="Arial" w:cs="Arial"/>
          <w:sz w:val="22"/>
        </w:rPr>
        <w:t>Kč</w:t>
      </w:r>
      <w:proofErr w:type="spellEnd"/>
      <w:r w:rsidRPr="00195833">
        <w:rPr>
          <w:rFonts w:ascii="Arial" w:hAnsi="Arial" w:cs="Arial"/>
          <w:sz w:val="22"/>
        </w:rPr>
        <w:t>.</w:t>
      </w:r>
    </w:p>
    <w:p w14:paraId="0FE09D64" w14:textId="77777777" w:rsidR="00F00321" w:rsidRPr="00195833" w:rsidRDefault="002A125B" w:rsidP="0018443F">
      <w:pPr>
        <w:jc w:val="both"/>
        <w:rPr>
          <w:rFonts w:ascii="Arial" w:hAnsi="Arial" w:cs="Arial"/>
          <w:sz w:val="22"/>
        </w:rPr>
      </w:pPr>
      <w:proofErr w:type="spellStart"/>
      <w:r w:rsidRPr="00195833">
        <w:rPr>
          <w:rFonts w:ascii="Arial" w:hAnsi="Arial" w:cs="Arial"/>
          <w:b/>
          <w:sz w:val="22"/>
        </w:rPr>
        <w:t>Další</w:t>
      </w:r>
      <w:proofErr w:type="spellEnd"/>
      <w:r w:rsidRPr="00195833">
        <w:rPr>
          <w:rFonts w:ascii="Arial" w:hAnsi="Arial" w:cs="Arial"/>
          <w:b/>
          <w:sz w:val="22"/>
        </w:rPr>
        <w:t xml:space="preserve"> </w:t>
      </w:r>
      <w:proofErr w:type="spellStart"/>
      <w:r w:rsidRPr="00195833">
        <w:rPr>
          <w:rFonts w:ascii="Arial" w:hAnsi="Arial" w:cs="Arial"/>
          <w:b/>
          <w:sz w:val="22"/>
        </w:rPr>
        <w:t>významné</w:t>
      </w:r>
      <w:proofErr w:type="spellEnd"/>
      <w:r w:rsidRPr="00195833">
        <w:rPr>
          <w:rFonts w:ascii="Arial" w:hAnsi="Arial" w:cs="Arial"/>
          <w:b/>
          <w:sz w:val="22"/>
        </w:rPr>
        <w:t xml:space="preserve"> </w:t>
      </w:r>
      <w:proofErr w:type="spellStart"/>
      <w:r w:rsidRPr="00195833">
        <w:rPr>
          <w:rFonts w:ascii="Arial" w:hAnsi="Arial" w:cs="Arial"/>
          <w:b/>
          <w:sz w:val="22"/>
        </w:rPr>
        <w:t>projekty</w:t>
      </w:r>
      <w:proofErr w:type="spellEnd"/>
      <w:r w:rsidRPr="00195833">
        <w:rPr>
          <w:rFonts w:ascii="Arial" w:hAnsi="Arial" w:cs="Arial"/>
          <w:b/>
          <w:sz w:val="22"/>
        </w:rPr>
        <w:t xml:space="preserve"> v </w:t>
      </w:r>
      <w:proofErr w:type="spellStart"/>
      <w:r w:rsidRPr="00195833">
        <w:rPr>
          <w:rFonts w:ascii="Arial" w:hAnsi="Arial" w:cs="Arial"/>
          <w:b/>
          <w:sz w:val="22"/>
        </w:rPr>
        <w:t>roce</w:t>
      </w:r>
      <w:proofErr w:type="spellEnd"/>
      <w:r w:rsidRPr="00195833">
        <w:rPr>
          <w:rFonts w:ascii="Arial" w:hAnsi="Arial" w:cs="Arial"/>
          <w:b/>
          <w:sz w:val="22"/>
        </w:rPr>
        <w:t xml:space="preserve"> 2026</w:t>
      </w:r>
    </w:p>
    <w:p w14:paraId="3702B7E8" w14:textId="77777777" w:rsidR="00F00321" w:rsidRPr="00195833" w:rsidRDefault="002A125B" w:rsidP="0018443F">
      <w:pPr>
        <w:spacing w:after="120"/>
        <w:jc w:val="both"/>
        <w:rPr>
          <w:rFonts w:ascii="Arial" w:hAnsi="Arial" w:cs="Arial"/>
          <w:sz w:val="22"/>
        </w:rPr>
      </w:pPr>
      <w:r w:rsidRPr="00195833">
        <w:rPr>
          <w:rFonts w:ascii="Arial" w:hAnsi="Arial" w:cs="Arial"/>
          <w:sz w:val="22"/>
        </w:rPr>
        <w:t xml:space="preserve">V </w:t>
      </w:r>
      <w:proofErr w:type="spellStart"/>
      <w:r w:rsidRPr="00195833">
        <w:rPr>
          <w:rFonts w:ascii="Arial" w:hAnsi="Arial" w:cs="Arial"/>
          <w:sz w:val="22"/>
        </w:rPr>
        <w:t>současné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době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probíhá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také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poměrně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náročná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stavba</w:t>
      </w:r>
      <w:proofErr w:type="spellEnd"/>
      <w:r w:rsidRPr="00195833">
        <w:rPr>
          <w:rFonts w:ascii="Arial" w:hAnsi="Arial" w:cs="Arial"/>
          <w:sz w:val="22"/>
        </w:rPr>
        <w:t xml:space="preserve">, a to </w:t>
      </w:r>
      <w:proofErr w:type="spellStart"/>
      <w:r w:rsidRPr="00195833">
        <w:rPr>
          <w:rFonts w:ascii="Arial" w:hAnsi="Arial" w:cs="Arial"/>
          <w:sz w:val="22"/>
        </w:rPr>
        <w:t>rekonstrukce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školní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kuchyně</w:t>
      </w:r>
      <w:proofErr w:type="spellEnd"/>
      <w:r w:rsidRPr="00195833">
        <w:rPr>
          <w:rFonts w:ascii="Arial" w:hAnsi="Arial" w:cs="Arial"/>
          <w:sz w:val="22"/>
        </w:rPr>
        <w:t xml:space="preserve"> a </w:t>
      </w:r>
      <w:proofErr w:type="spellStart"/>
      <w:r w:rsidRPr="00195833">
        <w:rPr>
          <w:rFonts w:ascii="Arial" w:hAnsi="Arial" w:cs="Arial"/>
          <w:sz w:val="22"/>
        </w:rPr>
        <w:t>veškerého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zázemí</w:t>
      </w:r>
      <w:proofErr w:type="spellEnd"/>
      <w:r w:rsidRPr="00195833">
        <w:rPr>
          <w:rFonts w:ascii="Arial" w:hAnsi="Arial" w:cs="Arial"/>
          <w:sz w:val="22"/>
        </w:rPr>
        <w:t xml:space="preserve"> v </w:t>
      </w:r>
      <w:proofErr w:type="spellStart"/>
      <w:r w:rsidRPr="00195833">
        <w:rPr>
          <w:rFonts w:ascii="Arial" w:hAnsi="Arial" w:cs="Arial"/>
          <w:sz w:val="22"/>
        </w:rPr>
        <w:t>Mateřské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škole</w:t>
      </w:r>
      <w:proofErr w:type="spellEnd"/>
      <w:r w:rsidRPr="00195833">
        <w:rPr>
          <w:rFonts w:ascii="Arial" w:hAnsi="Arial" w:cs="Arial"/>
          <w:sz w:val="22"/>
        </w:rPr>
        <w:t xml:space="preserve">. V </w:t>
      </w:r>
      <w:proofErr w:type="spellStart"/>
      <w:r w:rsidRPr="00195833">
        <w:rPr>
          <w:rFonts w:ascii="Arial" w:hAnsi="Arial" w:cs="Arial"/>
          <w:sz w:val="22"/>
        </w:rPr>
        <w:t>průběhu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stavby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byl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zjištěn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neuspokojivý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havarijní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stav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vodovodního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řádu</w:t>
      </w:r>
      <w:proofErr w:type="spellEnd"/>
      <w:r w:rsidRPr="00195833">
        <w:rPr>
          <w:rFonts w:ascii="Arial" w:hAnsi="Arial" w:cs="Arial"/>
          <w:sz w:val="22"/>
        </w:rPr>
        <w:t xml:space="preserve"> v </w:t>
      </w:r>
      <w:proofErr w:type="spellStart"/>
      <w:r w:rsidRPr="00195833">
        <w:rPr>
          <w:rFonts w:ascii="Arial" w:hAnsi="Arial" w:cs="Arial"/>
          <w:sz w:val="22"/>
        </w:rPr>
        <w:t>celém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objektu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školky</w:t>
      </w:r>
      <w:proofErr w:type="spellEnd"/>
      <w:r w:rsidRPr="00195833">
        <w:rPr>
          <w:rFonts w:ascii="Arial" w:hAnsi="Arial" w:cs="Arial"/>
          <w:sz w:val="22"/>
        </w:rPr>
        <w:t xml:space="preserve">. Doba </w:t>
      </w:r>
      <w:proofErr w:type="spellStart"/>
      <w:r w:rsidRPr="00195833">
        <w:rPr>
          <w:rFonts w:ascii="Arial" w:hAnsi="Arial" w:cs="Arial"/>
          <w:sz w:val="22"/>
        </w:rPr>
        <w:t>rekonstrukce</w:t>
      </w:r>
      <w:proofErr w:type="spellEnd"/>
      <w:r w:rsidRPr="00195833">
        <w:rPr>
          <w:rFonts w:ascii="Arial" w:hAnsi="Arial" w:cs="Arial"/>
          <w:sz w:val="22"/>
        </w:rPr>
        <w:t xml:space="preserve"> se proto </w:t>
      </w:r>
      <w:proofErr w:type="spellStart"/>
      <w:r w:rsidRPr="00195833">
        <w:rPr>
          <w:rFonts w:ascii="Arial" w:hAnsi="Arial" w:cs="Arial"/>
          <w:sz w:val="22"/>
        </w:rPr>
        <w:t>prodloužila</w:t>
      </w:r>
      <w:proofErr w:type="spellEnd"/>
      <w:r w:rsidRPr="00195833">
        <w:rPr>
          <w:rFonts w:ascii="Arial" w:hAnsi="Arial" w:cs="Arial"/>
          <w:sz w:val="22"/>
        </w:rPr>
        <w:t xml:space="preserve"> a </w:t>
      </w:r>
      <w:proofErr w:type="spellStart"/>
      <w:r w:rsidRPr="00195833">
        <w:rPr>
          <w:rFonts w:ascii="Arial" w:hAnsi="Arial" w:cs="Arial"/>
          <w:sz w:val="22"/>
        </w:rPr>
        <w:t>zároveň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budou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podstatně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vyšší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i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náklady</w:t>
      </w:r>
      <w:proofErr w:type="spellEnd"/>
      <w:r w:rsidRPr="00195833">
        <w:rPr>
          <w:rFonts w:ascii="Arial" w:hAnsi="Arial" w:cs="Arial"/>
          <w:sz w:val="22"/>
        </w:rPr>
        <w:t xml:space="preserve">. </w:t>
      </w:r>
      <w:proofErr w:type="spellStart"/>
      <w:r w:rsidRPr="00195833">
        <w:rPr>
          <w:rFonts w:ascii="Arial" w:hAnsi="Arial" w:cs="Arial"/>
          <w:sz w:val="22"/>
        </w:rPr>
        <w:t>Předpokládaná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cena</w:t>
      </w:r>
      <w:proofErr w:type="spellEnd"/>
      <w:r w:rsidRPr="00195833">
        <w:rPr>
          <w:rFonts w:ascii="Arial" w:hAnsi="Arial" w:cs="Arial"/>
          <w:sz w:val="22"/>
        </w:rPr>
        <w:t xml:space="preserve"> je </w:t>
      </w:r>
      <w:proofErr w:type="spellStart"/>
      <w:r w:rsidRPr="00195833">
        <w:rPr>
          <w:rFonts w:ascii="Arial" w:hAnsi="Arial" w:cs="Arial"/>
          <w:sz w:val="22"/>
        </w:rPr>
        <w:t>přibližně</w:t>
      </w:r>
      <w:proofErr w:type="spellEnd"/>
      <w:r w:rsidRPr="00195833">
        <w:rPr>
          <w:rFonts w:ascii="Arial" w:hAnsi="Arial" w:cs="Arial"/>
          <w:sz w:val="22"/>
        </w:rPr>
        <w:t xml:space="preserve"> 5 mil. </w:t>
      </w:r>
      <w:proofErr w:type="spellStart"/>
      <w:r w:rsidRPr="00195833">
        <w:rPr>
          <w:rFonts w:ascii="Arial" w:hAnsi="Arial" w:cs="Arial"/>
          <w:sz w:val="22"/>
        </w:rPr>
        <w:t>Kč</w:t>
      </w:r>
      <w:proofErr w:type="spellEnd"/>
      <w:r w:rsidRPr="00195833">
        <w:rPr>
          <w:rFonts w:ascii="Arial" w:hAnsi="Arial" w:cs="Arial"/>
          <w:sz w:val="22"/>
        </w:rPr>
        <w:t>.</w:t>
      </w:r>
    </w:p>
    <w:p w14:paraId="7E560A0E" w14:textId="33EABD6E" w:rsidR="00F00321" w:rsidRPr="00195833" w:rsidRDefault="002A125B" w:rsidP="0018443F">
      <w:pPr>
        <w:spacing w:after="120"/>
        <w:jc w:val="both"/>
        <w:rPr>
          <w:rFonts w:ascii="Arial" w:hAnsi="Arial" w:cs="Arial"/>
          <w:sz w:val="22"/>
        </w:rPr>
      </w:pPr>
      <w:proofErr w:type="spellStart"/>
      <w:r w:rsidRPr="00195833">
        <w:rPr>
          <w:rFonts w:ascii="Arial" w:hAnsi="Arial" w:cs="Arial"/>
          <w:sz w:val="22"/>
        </w:rPr>
        <w:t>Třetím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velkým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projektem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letošního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roku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bylo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vybudování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chodníku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od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křížku</w:t>
      </w:r>
      <w:proofErr w:type="spellEnd"/>
      <w:r w:rsidRPr="00195833">
        <w:rPr>
          <w:rFonts w:ascii="Arial" w:hAnsi="Arial" w:cs="Arial"/>
          <w:sz w:val="22"/>
        </w:rPr>
        <w:t xml:space="preserve"> k Veranu. Projekt </w:t>
      </w:r>
      <w:proofErr w:type="spellStart"/>
      <w:r w:rsidRPr="00195833">
        <w:rPr>
          <w:rFonts w:ascii="Arial" w:hAnsi="Arial" w:cs="Arial"/>
          <w:sz w:val="22"/>
        </w:rPr>
        <w:t>byl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připravován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několik</w:t>
      </w:r>
      <w:proofErr w:type="spellEnd"/>
      <w:r w:rsidRPr="00195833">
        <w:rPr>
          <w:rFonts w:ascii="Arial" w:hAnsi="Arial" w:cs="Arial"/>
          <w:sz w:val="22"/>
        </w:rPr>
        <w:t xml:space="preserve"> let a </w:t>
      </w:r>
      <w:proofErr w:type="spellStart"/>
      <w:r w:rsidRPr="00195833">
        <w:rPr>
          <w:rFonts w:ascii="Arial" w:hAnsi="Arial" w:cs="Arial"/>
          <w:sz w:val="22"/>
        </w:rPr>
        <w:t>dotace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byla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získána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prostřednictvím</w:t>
      </w:r>
      <w:proofErr w:type="spellEnd"/>
      <w:r w:rsidRPr="00195833">
        <w:rPr>
          <w:rFonts w:ascii="Arial" w:hAnsi="Arial" w:cs="Arial"/>
          <w:sz w:val="22"/>
        </w:rPr>
        <w:t xml:space="preserve"> MAS </w:t>
      </w:r>
      <w:proofErr w:type="spellStart"/>
      <w:r w:rsidRPr="00195833">
        <w:rPr>
          <w:rFonts w:ascii="Arial" w:hAnsi="Arial" w:cs="Arial"/>
          <w:sz w:val="22"/>
        </w:rPr>
        <w:t>Chrudimsko</w:t>
      </w:r>
      <w:proofErr w:type="spellEnd"/>
      <w:r w:rsidRPr="00195833">
        <w:rPr>
          <w:rFonts w:ascii="Arial" w:hAnsi="Arial" w:cs="Arial"/>
          <w:sz w:val="22"/>
        </w:rPr>
        <w:t xml:space="preserve">. </w:t>
      </w:r>
      <w:proofErr w:type="spellStart"/>
      <w:r w:rsidRPr="00195833">
        <w:rPr>
          <w:rFonts w:ascii="Arial" w:hAnsi="Arial" w:cs="Arial"/>
          <w:sz w:val="22"/>
        </w:rPr>
        <w:t>Realizací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chodníku</w:t>
      </w:r>
      <w:proofErr w:type="spellEnd"/>
      <w:r w:rsidRPr="00195833">
        <w:rPr>
          <w:rFonts w:ascii="Arial" w:hAnsi="Arial" w:cs="Arial"/>
          <w:sz w:val="22"/>
        </w:rPr>
        <w:t xml:space="preserve"> se </w:t>
      </w:r>
      <w:proofErr w:type="spellStart"/>
      <w:r w:rsidRPr="00195833">
        <w:rPr>
          <w:rFonts w:ascii="Arial" w:hAnsi="Arial" w:cs="Arial"/>
          <w:sz w:val="22"/>
        </w:rPr>
        <w:t>zvýšila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bezpečnost</w:t>
      </w:r>
      <w:proofErr w:type="spellEnd"/>
      <w:r w:rsidRPr="00195833">
        <w:rPr>
          <w:rFonts w:ascii="Arial" w:hAnsi="Arial" w:cs="Arial"/>
          <w:sz w:val="22"/>
        </w:rPr>
        <w:t xml:space="preserve"> v </w:t>
      </w:r>
      <w:proofErr w:type="spellStart"/>
      <w:r w:rsidRPr="00195833">
        <w:rPr>
          <w:rFonts w:ascii="Arial" w:hAnsi="Arial" w:cs="Arial"/>
          <w:sz w:val="22"/>
        </w:rPr>
        <w:t>nepřehledné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části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komunikace</w:t>
      </w:r>
      <w:proofErr w:type="spellEnd"/>
      <w:r w:rsidRPr="00195833">
        <w:rPr>
          <w:rFonts w:ascii="Arial" w:hAnsi="Arial" w:cs="Arial"/>
          <w:sz w:val="22"/>
        </w:rPr>
        <w:t xml:space="preserve">, </w:t>
      </w:r>
      <w:proofErr w:type="spellStart"/>
      <w:r w:rsidRPr="00195833">
        <w:rPr>
          <w:rFonts w:ascii="Arial" w:hAnsi="Arial" w:cs="Arial"/>
          <w:sz w:val="22"/>
        </w:rPr>
        <w:t>přičemž</w:t>
      </w:r>
      <w:proofErr w:type="spellEnd"/>
      <w:r w:rsidRPr="00195833">
        <w:rPr>
          <w:rFonts w:ascii="Arial" w:hAnsi="Arial" w:cs="Arial"/>
          <w:sz w:val="22"/>
        </w:rPr>
        <w:t xml:space="preserve"> k </w:t>
      </w:r>
      <w:proofErr w:type="spellStart"/>
      <w:r w:rsidRPr="00195833">
        <w:rPr>
          <w:rFonts w:ascii="Arial" w:hAnsi="Arial" w:cs="Arial"/>
          <w:sz w:val="22"/>
        </w:rPr>
        <w:t>získání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dotace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přispěla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také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nebezpečnost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tohoto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úseku</w:t>
      </w:r>
      <w:proofErr w:type="spellEnd"/>
      <w:r w:rsidRPr="00195833">
        <w:rPr>
          <w:rFonts w:ascii="Arial" w:hAnsi="Arial" w:cs="Arial"/>
          <w:sz w:val="22"/>
        </w:rPr>
        <w:t xml:space="preserve"> a </w:t>
      </w:r>
      <w:proofErr w:type="spellStart"/>
      <w:r w:rsidRPr="00195833">
        <w:rPr>
          <w:rFonts w:ascii="Arial" w:hAnsi="Arial" w:cs="Arial"/>
          <w:sz w:val="22"/>
        </w:rPr>
        <w:t>smrtelný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úraz</w:t>
      </w:r>
      <w:proofErr w:type="spellEnd"/>
      <w:r w:rsidRPr="00195833">
        <w:rPr>
          <w:rFonts w:ascii="Arial" w:hAnsi="Arial" w:cs="Arial"/>
          <w:sz w:val="22"/>
        </w:rPr>
        <w:t xml:space="preserve">, </w:t>
      </w:r>
      <w:proofErr w:type="spellStart"/>
      <w:r w:rsidRPr="00195833">
        <w:rPr>
          <w:rFonts w:ascii="Arial" w:hAnsi="Arial" w:cs="Arial"/>
          <w:sz w:val="22"/>
        </w:rPr>
        <w:t>ke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kterému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zde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došlo</w:t>
      </w:r>
      <w:proofErr w:type="spellEnd"/>
      <w:r w:rsidRPr="00195833">
        <w:rPr>
          <w:rFonts w:ascii="Arial" w:hAnsi="Arial" w:cs="Arial"/>
          <w:sz w:val="22"/>
        </w:rPr>
        <w:t xml:space="preserve">. </w:t>
      </w:r>
      <w:proofErr w:type="spellStart"/>
      <w:r w:rsidRPr="00195833">
        <w:rPr>
          <w:rFonts w:ascii="Arial" w:hAnsi="Arial" w:cs="Arial"/>
          <w:sz w:val="22"/>
        </w:rPr>
        <w:t>Chodník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jsme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ocenili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zejména</w:t>
      </w:r>
      <w:proofErr w:type="spellEnd"/>
      <w:r w:rsidRPr="00195833">
        <w:rPr>
          <w:rFonts w:ascii="Arial" w:hAnsi="Arial" w:cs="Arial"/>
          <w:sz w:val="22"/>
        </w:rPr>
        <w:t xml:space="preserve"> v </w:t>
      </w:r>
      <w:proofErr w:type="spellStart"/>
      <w:r w:rsidRPr="00195833">
        <w:rPr>
          <w:rFonts w:ascii="Arial" w:hAnsi="Arial" w:cs="Arial"/>
          <w:sz w:val="22"/>
        </w:rPr>
        <w:t>době</w:t>
      </w:r>
      <w:proofErr w:type="spellEnd"/>
      <w:r w:rsidRPr="00195833">
        <w:rPr>
          <w:rFonts w:ascii="Arial" w:hAnsi="Arial" w:cs="Arial"/>
          <w:sz w:val="22"/>
        </w:rPr>
        <w:t xml:space="preserve">, </w:t>
      </w:r>
      <w:proofErr w:type="spellStart"/>
      <w:r w:rsidRPr="00195833">
        <w:rPr>
          <w:rFonts w:ascii="Arial" w:hAnsi="Arial" w:cs="Arial"/>
          <w:sz w:val="22"/>
        </w:rPr>
        <w:t>kdy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sloužil</w:t>
      </w:r>
      <w:proofErr w:type="spellEnd"/>
      <w:r w:rsidRPr="00195833">
        <w:rPr>
          <w:rFonts w:ascii="Arial" w:hAnsi="Arial" w:cs="Arial"/>
          <w:sz w:val="22"/>
        </w:rPr>
        <w:t xml:space="preserve"> k </w:t>
      </w:r>
      <w:proofErr w:type="spellStart"/>
      <w:r w:rsidRPr="00195833">
        <w:rPr>
          <w:rFonts w:ascii="Arial" w:hAnsi="Arial" w:cs="Arial"/>
          <w:sz w:val="22"/>
        </w:rPr>
        <w:t>bezpečnému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přístupu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dočasnou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autobusovou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zastávku</w:t>
      </w:r>
      <w:proofErr w:type="spellEnd"/>
      <w:r w:rsidRPr="00195833">
        <w:rPr>
          <w:rFonts w:ascii="Arial" w:hAnsi="Arial" w:cs="Arial"/>
          <w:sz w:val="22"/>
        </w:rPr>
        <w:t xml:space="preserve"> u </w:t>
      </w:r>
      <w:proofErr w:type="spellStart"/>
      <w:r w:rsidRPr="00195833">
        <w:rPr>
          <w:rFonts w:ascii="Arial" w:hAnsi="Arial" w:cs="Arial"/>
          <w:sz w:val="22"/>
        </w:rPr>
        <w:t>Osevy</w:t>
      </w:r>
      <w:proofErr w:type="spellEnd"/>
      <w:r w:rsidRPr="00195833">
        <w:rPr>
          <w:rFonts w:ascii="Arial" w:hAnsi="Arial" w:cs="Arial"/>
          <w:sz w:val="22"/>
        </w:rPr>
        <w:t xml:space="preserve">. </w:t>
      </w:r>
      <w:proofErr w:type="spellStart"/>
      <w:r w:rsidRPr="00195833">
        <w:rPr>
          <w:rFonts w:ascii="Arial" w:hAnsi="Arial" w:cs="Arial"/>
          <w:sz w:val="22"/>
        </w:rPr>
        <w:t>Celková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="0000623F">
        <w:rPr>
          <w:rFonts w:ascii="Arial" w:hAnsi="Arial" w:cs="Arial"/>
          <w:sz w:val="22"/>
        </w:rPr>
        <w:t>cena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stavby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činila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přibližně</w:t>
      </w:r>
      <w:proofErr w:type="spellEnd"/>
      <w:r w:rsidRPr="00195833">
        <w:rPr>
          <w:rFonts w:ascii="Arial" w:hAnsi="Arial" w:cs="Arial"/>
          <w:sz w:val="22"/>
        </w:rPr>
        <w:t xml:space="preserve"> 6,2 mil. </w:t>
      </w:r>
      <w:proofErr w:type="spellStart"/>
      <w:r w:rsidRPr="00195833">
        <w:rPr>
          <w:rFonts w:ascii="Arial" w:hAnsi="Arial" w:cs="Arial"/>
          <w:sz w:val="22"/>
        </w:rPr>
        <w:t>Kč</w:t>
      </w:r>
      <w:proofErr w:type="spellEnd"/>
      <w:r w:rsidRPr="00195833">
        <w:rPr>
          <w:rFonts w:ascii="Arial" w:hAnsi="Arial" w:cs="Arial"/>
          <w:sz w:val="22"/>
        </w:rPr>
        <w:t>.</w:t>
      </w:r>
    </w:p>
    <w:p w14:paraId="45CCC5EE" w14:textId="77777777" w:rsidR="00F00321" w:rsidRPr="00195833" w:rsidRDefault="002A125B" w:rsidP="0018443F">
      <w:pPr>
        <w:jc w:val="both"/>
        <w:rPr>
          <w:rFonts w:ascii="Arial" w:hAnsi="Arial" w:cs="Arial"/>
          <w:sz w:val="22"/>
        </w:rPr>
      </w:pPr>
      <w:proofErr w:type="spellStart"/>
      <w:r w:rsidRPr="00195833">
        <w:rPr>
          <w:rFonts w:ascii="Arial" w:hAnsi="Arial" w:cs="Arial"/>
          <w:b/>
          <w:sz w:val="22"/>
        </w:rPr>
        <w:t>Naše</w:t>
      </w:r>
      <w:proofErr w:type="spellEnd"/>
      <w:r w:rsidRPr="00195833">
        <w:rPr>
          <w:rFonts w:ascii="Arial" w:hAnsi="Arial" w:cs="Arial"/>
          <w:b/>
          <w:sz w:val="22"/>
        </w:rPr>
        <w:t xml:space="preserve"> </w:t>
      </w:r>
      <w:proofErr w:type="spellStart"/>
      <w:r w:rsidRPr="00195833">
        <w:rPr>
          <w:rFonts w:ascii="Arial" w:hAnsi="Arial" w:cs="Arial"/>
          <w:b/>
          <w:sz w:val="22"/>
        </w:rPr>
        <w:t>vize</w:t>
      </w:r>
      <w:proofErr w:type="spellEnd"/>
      <w:r w:rsidRPr="00195833">
        <w:rPr>
          <w:rFonts w:ascii="Arial" w:hAnsi="Arial" w:cs="Arial"/>
          <w:b/>
          <w:sz w:val="22"/>
        </w:rPr>
        <w:t xml:space="preserve"> a </w:t>
      </w:r>
      <w:proofErr w:type="spellStart"/>
      <w:r w:rsidRPr="00195833">
        <w:rPr>
          <w:rFonts w:ascii="Arial" w:hAnsi="Arial" w:cs="Arial"/>
          <w:b/>
          <w:sz w:val="22"/>
        </w:rPr>
        <w:t>připravované</w:t>
      </w:r>
      <w:proofErr w:type="spellEnd"/>
      <w:r w:rsidRPr="00195833">
        <w:rPr>
          <w:rFonts w:ascii="Arial" w:hAnsi="Arial" w:cs="Arial"/>
          <w:b/>
          <w:sz w:val="22"/>
        </w:rPr>
        <w:t xml:space="preserve"> </w:t>
      </w:r>
      <w:proofErr w:type="spellStart"/>
      <w:r w:rsidRPr="00195833">
        <w:rPr>
          <w:rFonts w:ascii="Arial" w:hAnsi="Arial" w:cs="Arial"/>
          <w:b/>
          <w:sz w:val="22"/>
        </w:rPr>
        <w:t>projekty</w:t>
      </w:r>
      <w:proofErr w:type="spellEnd"/>
    </w:p>
    <w:p w14:paraId="5BD20544" w14:textId="0BD4DBBB" w:rsidR="00F00321" w:rsidRPr="00195833" w:rsidRDefault="002A125B" w:rsidP="000E2314">
      <w:pPr>
        <w:pStyle w:val="Odstavecseseznamem"/>
        <w:numPr>
          <w:ilvl w:val="0"/>
          <w:numId w:val="14"/>
        </w:numPr>
        <w:spacing w:after="120"/>
        <w:jc w:val="both"/>
        <w:rPr>
          <w:rFonts w:ascii="Arial" w:hAnsi="Arial" w:cs="Arial"/>
          <w:sz w:val="22"/>
        </w:rPr>
      </w:pPr>
      <w:proofErr w:type="spellStart"/>
      <w:r w:rsidRPr="00195833">
        <w:rPr>
          <w:rFonts w:ascii="Arial" w:hAnsi="Arial" w:cs="Arial"/>
          <w:sz w:val="22"/>
        </w:rPr>
        <w:t>Nákup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nového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dopravního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automobilu</w:t>
      </w:r>
      <w:proofErr w:type="spellEnd"/>
      <w:r w:rsidRPr="00195833">
        <w:rPr>
          <w:rFonts w:ascii="Arial" w:hAnsi="Arial" w:cs="Arial"/>
          <w:sz w:val="22"/>
        </w:rPr>
        <w:t xml:space="preserve"> pro SDH – 90% </w:t>
      </w:r>
      <w:proofErr w:type="spellStart"/>
      <w:r w:rsidRPr="00195833">
        <w:rPr>
          <w:rFonts w:ascii="Arial" w:hAnsi="Arial" w:cs="Arial"/>
          <w:sz w:val="22"/>
        </w:rPr>
        <w:t>dotace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prostřednictvím</w:t>
      </w:r>
      <w:proofErr w:type="spellEnd"/>
      <w:r w:rsidRPr="00195833">
        <w:rPr>
          <w:rFonts w:ascii="Arial" w:hAnsi="Arial" w:cs="Arial"/>
          <w:sz w:val="22"/>
        </w:rPr>
        <w:t xml:space="preserve"> MAS </w:t>
      </w:r>
      <w:proofErr w:type="spellStart"/>
      <w:r w:rsidRPr="00195833">
        <w:rPr>
          <w:rFonts w:ascii="Arial" w:hAnsi="Arial" w:cs="Arial"/>
          <w:sz w:val="22"/>
        </w:rPr>
        <w:t>Chrudimsko</w:t>
      </w:r>
      <w:proofErr w:type="spellEnd"/>
      <w:r w:rsidRPr="00195833">
        <w:rPr>
          <w:rFonts w:ascii="Arial" w:hAnsi="Arial" w:cs="Arial"/>
          <w:sz w:val="22"/>
        </w:rPr>
        <w:t xml:space="preserve">; </w:t>
      </w:r>
      <w:proofErr w:type="spellStart"/>
      <w:r w:rsidRPr="00195833">
        <w:rPr>
          <w:rFonts w:ascii="Arial" w:hAnsi="Arial" w:cs="Arial"/>
          <w:sz w:val="22"/>
        </w:rPr>
        <w:t>celková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cena</w:t>
      </w:r>
      <w:proofErr w:type="spellEnd"/>
      <w:r w:rsidRPr="00195833">
        <w:rPr>
          <w:rFonts w:ascii="Arial" w:hAnsi="Arial" w:cs="Arial"/>
          <w:sz w:val="22"/>
        </w:rPr>
        <w:t xml:space="preserve"> 1,2 mil. </w:t>
      </w:r>
      <w:proofErr w:type="spellStart"/>
      <w:r w:rsidRPr="00195833">
        <w:rPr>
          <w:rFonts w:ascii="Arial" w:hAnsi="Arial" w:cs="Arial"/>
          <w:sz w:val="22"/>
        </w:rPr>
        <w:t>Kč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r w:rsidR="00796AE7" w:rsidRPr="00195833">
        <w:rPr>
          <w:rFonts w:ascii="Arial" w:hAnsi="Arial" w:cs="Arial"/>
          <w:sz w:val="22"/>
        </w:rPr>
        <w:t xml:space="preserve">– </w:t>
      </w:r>
      <w:proofErr w:type="spellStart"/>
      <w:r w:rsidR="00796AE7" w:rsidRPr="00195833">
        <w:rPr>
          <w:rFonts w:ascii="Arial" w:hAnsi="Arial" w:cs="Arial"/>
          <w:sz w:val="22"/>
        </w:rPr>
        <w:t>doba</w:t>
      </w:r>
      <w:proofErr w:type="spellEnd"/>
      <w:r w:rsidR="00796AE7" w:rsidRPr="00195833">
        <w:rPr>
          <w:rFonts w:ascii="Arial" w:hAnsi="Arial" w:cs="Arial"/>
          <w:sz w:val="22"/>
        </w:rPr>
        <w:t xml:space="preserve"> </w:t>
      </w:r>
      <w:proofErr w:type="spellStart"/>
      <w:r w:rsidR="00796AE7" w:rsidRPr="00195833">
        <w:rPr>
          <w:rFonts w:ascii="Arial" w:hAnsi="Arial" w:cs="Arial"/>
          <w:sz w:val="22"/>
        </w:rPr>
        <w:t>realizace</w:t>
      </w:r>
      <w:proofErr w:type="spellEnd"/>
      <w:r w:rsidR="00796AE7" w:rsidRPr="00195833">
        <w:rPr>
          <w:rFonts w:ascii="Arial" w:hAnsi="Arial" w:cs="Arial"/>
          <w:sz w:val="22"/>
        </w:rPr>
        <w:t xml:space="preserve"> </w:t>
      </w:r>
      <w:proofErr w:type="spellStart"/>
      <w:proofErr w:type="gramStart"/>
      <w:r w:rsidR="00796AE7" w:rsidRPr="00195833">
        <w:rPr>
          <w:rFonts w:ascii="Arial" w:hAnsi="Arial" w:cs="Arial"/>
          <w:sz w:val="22"/>
        </w:rPr>
        <w:t>rok</w:t>
      </w:r>
      <w:proofErr w:type="spellEnd"/>
      <w:r w:rsidR="00796AE7" w:rsidRPr="00195833">
        <w:rPr>
          <w:rFonts w:ascii="Arial" w:hAnsi="Arial" w:cs="Arial"/>
          <w:sz w:val="22"/>
        </w:rPr>
        <w:t xml:space="preserve">  2027</w:t>
      </w:r>
      <w:proofErr w:type="gramEnd"/>
    </w:p>
    <w:p w14:paraId="2320D853" w14:textId="625F6AA1" w:rsidR="00F00321" w:rsidRPr="00195833" w:rsidRDefault="002A125B" w:rsidP="000E2314">
      <w:pPr>
        <w:pStyle w:val="Odstavecseseznamem"/>
        <w:numPr>
          <w:ilvl w:val="0"/>
          <w:numId w:val="14"/>
        </w:numPr>
        <w:spacing w:after="120"/>
        <w:jc w:val="both"/>
        <w:rPr>
          <w:rFonts w:ascii="Arial" w:hAnsi="Arial" w:cs="Arial"/>
          <w:sz w:val="22"/>
        </w:rPr>
      </w:pPr>
      <w:proofErr w:type="spellStart"/>
      <w:r w:rsidRPr="00195833">
        <w:rPr>
          <w:rFonts w:ascii="Arial" w:hAnsi="Arial" w:cs="Arial"/>
          <w:sz w:val="22"/>
        </w:rPr>
        <w:t>Oprava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herních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prvků</w:t>
      </w:r>
      <w:proofErr w:type="spellEnd"/>
      <w:r w:rsidRPr="00195833">
        <w:rPr>
          <w:rFonts w:ascii="Arial" w:hAnsi="Arial" w:cs="Arial"/>
          <w:sz w:val="22"/>
        </w:rPr>
        <w:t xml:space="preserve"> v </w:t>
      </w:r>
      <w:proofErr w:type="spellStart"/>
      <w:r w:rsidRPr="00195833">
        <w:rPr>
          <w:rFonts w:ascii="Arial" w:hAnsi="Arial" w:cs="Arial"/>
          <w:sz w:val="22"/>
        </w:rPr>
        <w:t>prostorách</w:t>
      </w:r>
      <w:proofErr w:type="spellEnd"/>
      <w:r w:rsidRPr="00195833">
        <w:rPr>
          <w:rFonts w:ascii="Arial" w:hAnsi="Arial" w:cs="Arial"/>
          <w:sz w:val="22"/>
        </w:rPr>
        <w:t xml:space="preserve"> MŠ – </w:t>
      </w:r>
      <w:proofErr w:type="spellStart"/>
      <w:r w:rsidRPr="00195833">
        <w:rPr>
          <w:rFonts w:ascii="Arial" w:hAnsi="Arial" w:cs="Arial"/>
          <w:sz w:val="22"/>
        </w:rPr>
        <w:t>mlhoviště</w:t>
      </w:r>
      <w:proofErr w:type="spellEnd"/>
      <w:r w:rsidRPr="00195833">
        <w:rPr>
          <w:rFonts w:ascii="Arial" w:hAnsi="Arial" w:cs="Arial"/>
          <w:sz w:val="22"/>
        </w:rPr>
        <w:t xml:space="preserve"> a </w:t>
      </w:r>
      <w:proofErr w:type="spellStart"/>
      <w:r w:rsidRPr="00195833">
        <w:rPr>
          <w:rFonts w:ascii="Arial" w:hAnsi="Arial" w:cs="Arial"/>
          <w:sz w:val="22"/>
        </w:rPr>
        <w:t>dopravní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hřiště</w:t>
      </w:r>
      <w:proofErr w:type="spellEnd"/>
      <w:r w:rsidRPr="00195833">
        <w:rPr>
          <w:rFonts w:ascii="Arial" w:hAnsi="Arial" w:cs="Arial"/>
          <w:sz w:val="22"/>
        </w:rPr>
        <w:t xml:space="preserve">; </w:t>
      </w:r>
      <w:proofErr w:type="spellStart"/>
      <w:r w:rsidRPr="00195833">
        <w:rPr>
          <w:rFonts w:ascii="Arial" w:hAnsi="Arial" w:cs="Arial"/>
          <w:sz w:val="22"/>
        </w:rPr>
        <w:t>cenová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nabídka</w:t>
      </w:r>
      <w:proofErr w:type="spellEnd"/>
      <w:r w:rsidRPr="00195833">
        <w:rPr>
          <w:rFonts w:ascii="Arial" w:hAnsi="Arial" w:cs="Arial"/>
          <w:sz w:val="22"/>
        </w:rPr>
        <w:t xml:space="preserve"> je </w:t>
      </w:r>
      <w:proofErr w:type="spellStart"/>
      <w:r w:rsidRPr="00195833">
        <w:rPr>
          <w:rFonts w:ascii="Arial" w:hAnsi="Arial" w:cs="Arial"/>
          <w:sz w:val="22"/>
        </w:rPr>
        <w:t>poptána</w:t>
      </w:r>
      <w:proofErr w:type="spellEnd"/>
      <w:r w:rsidRPr="00195833">
        <w:rPr>
          <w:rFonts w:ascii="Arial" w:hAnsi="Arial" w:cs="Arial"/>
          <w:sz w:val="22"/>
        </w:rPr>
        <w:t xml:space="preserve">, </w:t>
      </w:r>
      <w:proofErr w:type="spellStart"/>
      <w:r w:rsidRPr="00195833">
        <w:rPr>
          <w:rFonts w:ascii="Arial" w:hAnsi="Arial" w:cs="Arial"/>
          <w:sz w:val="22"/>
        </w:rPr>
        <w:t>předpokládaná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realizace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jaře</w:t>
      </w:r>
      <w:proofErr w:type="spellEnd"/>
      <w:r w:rsidRPr="00195833">
        <w:rPr>
          <w:rFonts w:ascii="Arial" w:hAnsi="Arial" w:cs="Arial"/>
          <w:sz w:val="22"/>
        </w:rPr>
        <w:t xml:space="preserve"> 2027.</w:t>
      </w:r>
    </w:p>
    <w:p w14:paraId="3E179ABB" w14:textId="1E1438F5" w:rsidR="00F00321" w:rsidRPr="00195833" w:rsidRDefault="002A125B" w:rsidP="000E2314">
      <w:pPr>
        <w:pStyle w:val="Odstavecseseznamem"/>
        <w:numPr>
          <w:ilvl w:val="0"/>
          <w:numId w:val="14"/>
        </w:numPr>
        <w:spacing w:after="120"/>
        <w:jc w:val="both"/>
        <w:rPr>
          <w:rFonts w:ascii="Arial" w:hAnsi="Arial" w:cs="Arial"/>
          <w:sz w:val="22"/>
        </w:rPr>
      </w:pPr>
      <w:proofErr w:type="spellStart"/>
      <w:r w:rsidRPr="00195833">
        <w:rPr>
          <w:rFonts w:ascii="Arial" w:hAnsi="Arial" w:cs="Arial"/>
          <w:sz w:val="22"/>
        </w:rPr>
        <w:t>Zvýšení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bezpečnosti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silničního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provozu</w:t>
      </w:r>
      <w:proofErr w:type="spellEnd"/>
      <w:r w:rsidRPr="00195833">
        <w:rPr>
          <w:rFonts w:ascii="Arial" w:hAnsi="Arial" w:cs="Arial"/>
          <w:sz w:val="22"/>
        </w:rPr>
        <w:t xml:space="preserve"> v </w:t>
      </w:r>
      <w:proofErr w:type="spellStart"/>
      <w:r w:rsidRPr="00195833">
        <w:rPr>
          <w:rFonts w:ascii="Arial" w:hAnsi="Arial" w:cs="Arial"/>
          <w:sz w:val="22"/>
        </w:rPr>
        <w:t>obci</w:t>
      </w:r>
      <w:proofErr w:type="spellEnd"/>
      <w:r w:rsidRPr="00195833">
        <w:rPr>
          <w:rFonts w:ascii="Arial" w:hAnsi="Arial" w:cs="Arial"/>
          <w:sz w:val="22"/>
        </w:rPr>
        <w:t xml:space="preserve"> – </w:t>
      </w:r>
      <w:proofErr w:type="spellStart"/>
      <w:r w:rsidRPr="00195833">
        <w:rPr>
          <w:rFonts w:ascii="Arial" w:hAnsi="Arial" w:cs="Arial"/>
          <w:sz w:val="22"/>
        </w:rPr>
        <w:t>umístění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měřičů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rychlosti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vjezdech</w:t>
      </w:r>
      <w:proofErr w:type="spellEnd"/>
      <w:r w:rsidRPr="00195833">
        <w:rPr>
          <w:rFonts w:ascii="Arial" w:hAnsi="Arial" w:cs="Arial"/>
          <w:sz w:val="22"/>
        </w:rPr>
        <w:t xml:space="preserve"> do </w:t>
      </w:r>
      <w:proofErr w:type="spellStart"/>
      <w:r w:rsidRPr="00195833">
        <w:rPr>
          <w:rFonts w:ascii="Arial" w:hAnsi="Arial" w:cs="Arial"/>
          <w:sz w:val="22"/>
        </w:rPr>
        <w:t>obce</w:t>
      </w:r>
      <w:proofErr w:type="spellEnd"/>
      <w:r w:rsidRPr="00195833">
        <w:rPr>
          <w:rFonts w:ascii="Arial" w:hAnsi="Arial" w:cs="Arial"/>
          <w:sz w:val="22"/>
        </w:rPr>
        <w:t>.</w:t>
      </w:r>
    </w:p>
    <w:p w14:paraId="2A97C2B7" w14:textId="3169C95A" w:rsidR="00F00321" w:rsidRPr="00195833" w:rsidRDefault="002A125B" w:rsidP="000E2314">
      <w:pPr>
        <w:pStyle w:val="Odstavecseseznamem"/>
        <w:numPr>
          <w:ilvl w:val="0"/>
          <w:numId w:val="14"/>
        </w:numPr>
        <w:spacing w:after="120"/>
        <w:jc w:val="both"/>
        <w:rPr>
          <w:rFonts w:ascii="Arial" w:hAnsi="Arial" w:cs="Arial"/>
          <w:sz w:val="22"/>
        </w:rPr>
      </w:pPr>
      <w:proofErr w:type="spellStart"/>
      <w:r w:rsidRPr="00195833">
        <w:rPr>
          <w:rFonts w:ascii="Arial" w:hAnsi="Arial" w:cs="Arial"/>
          <w:sz w:val="22"/>
        </w:rPr>
        <w:t>Instalace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fotovoltaiky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budovu</w:t>
      </w:r>
      <w:proofErr w:type="spellEnd"/>
      <w:r w:rsidRPr="00195833">
        <w:rPr>
          <w:rFonts w:ascii="Arial" w:hAnsi="Arial" w:cs="Arial"/>
          <w:sz w:val="22"/>
        </w:rPr>
        <w:t xml:space="preserve"> ČOV za </w:t>
      </w:r>
      <w:proofErr w:type="spellStart"/>
      <w:r w:rsidRPr="00195833">
        <w:rPr>
          <w:rFonts w:ascii="Arial" w:hAnsi="Arial" w:cs="Arial"/>
          <w:sz w:val="22"/>
        </w:rPr>
        <w:t>účelem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snížení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nákladů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energie</w:t>
      </w:r>
      <w:proofErr w:type="spellEnd"/>
      <w:r w:rsidRPr="00195833">
        <w:rPr>
          <w:rFonts w:ascii="Arial" w:hAnsi="Arial" w:cs="Arial"/>
          <w:sz w:val="22"/>
        </w:rPr>
        <w:t>.</w:t>
      </w:r>
    </w:p>
    <w:p w14:paraId="1B15A499" w14:textId="220A6E51" w:rsidR="00F00321" w:rsidRPr="00195833" w:rsidRDefault="002A125B" w:rsidP="000E2314">
      <w:pPr>
        <w:pStyle w:val="Odstavecseseznamem"/>
        <w:numPr>
          <w:ilvl w:val="0"/>
          <w:numId w:val="14"/>
        </w:numPr>
        <w:spacing w:after="120"/>
        <w:jc w:val="both"/>
        <w:rPr>
          <w:rFonts w:ascii="Arial" w:hAnsi="Arial" w:cs="Arial"/>
          <w:sz w:val="22"/>
        </w:rPr>
      </w:pPr>
      <w:proofErr w:type="spellStart"/>
      <w:r w:rsidRPr="00195833">
        <w:rPr>
          <w:rFonts w:ascii="Arial" w:hAnsi="Arial" w:cs="Arial"/>
          <w:sz w:val="22"/>
        </w:rPr>
        <w:t>Dokončení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polní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cesty</w:t>
      </w:r>
      <w:proofErr w:type="spellEnd"/>
      <w:r w:rsidRPr="00195833">
        <w:rPr>
          <w:rFonts w:ascii="Arial" w:hAnsi="Arial" w:cs="Arial"/>
          <w:sz w:val="22"/>
        </w:rPr>
        <w:t xml:space="preserve"> k </w:t>
      </w:r>
      <w:proofErr w:type="spellStart"/>
      <w:r w:rsidRPr="00195833">
        <w:rPr>
          <w:rFonts w:ascii="Arial" w:hAnsi="Arial" w:cs="Arial"/>
          <w:sz w:val="22"/>
        </w:rPr>
        <w:t>lípě</w:t>
      </w:r>
      <w:proofErr w:type="spellEnd"/>
      <w:r w:rsidRPr="00195833">
        <w:rPr>
          <w:rFonts w:ascii="Arial" w:hAnsi="Arial" w:cs="Arial"/>
          <w:sz w:val="22"/>
        </w:rPr>
        <w:t xml:space="preserve">, II. </w:t>
      </w:r>
      <w:proofErr w:type="spellStart"/>
      <w:r w:rsidRPr="00195833">
        <w:rPr>
          <w:rFonts w:ascii="Arial" w:hAnsi="Arial" w:cs="Arial"/>
          <w:sz w:val="22"/>
        </w:rPr>
        <w:t>etapa</w:t>
      </w:r>
      <w:proofErr w:type="spellEnd"/>
      <w:r w:rsidRPr="00195833">
        <w:rPr>
          <w:rFonts w:ascii="Arial" w:hAnsi="Arial" w:cs="Arial"/>
          <w:sz w:val="22"/>
        </w:rPr>
        <w:t xml:space="preserve"> – </w:t>
      </w:r>
      <w:proofErr w:type="spellStart"/>
      <w:r w:rsidRPr="00195833">
        <w:rPr>
          <w:rFonts w:ascii="Arial" w:hAnsi="Arial" w:cs="Arial"/>
          <w:sz w:val="22"/>
        </w:rPr>
        <w:t>stávající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část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byla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opravena</w:t>
      </w:r>
      <w:proofErr w:type="spellEnd"/>
      <w:r w:rsidRPr="00195833">
        <w:rPr>
          <w:rFonts w:ascii="Arial" w:hAnsi="Arial" w:cs="Arial"/>
          <w:sz w:val="22"/>
        </w:rPr>
        <w:t xml:space="preserve"> s </w:t>
      </w:r>
      <w:proofErr w:type="spellStart"/>
      <w:r w:rsidRPr="00195833">
        <w:rPr>
          <w:rFonts w:ascii="Arial" w:hAnsi="Arial" w:cs="Arial"/>
          <w:sz w:val="22"/>
        </w:rPr>
        <w:t>přispěním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dotace</w:t>
      </w:r>
      <w:proofErr w:type="spellEnd"/>
      <w:r w:rsidRPr="00195833">
        <w:rPr>
          <w:rFonts w:ascii="Arial" w:hAnsi="Arial" w:cs="Arial"/>
          <w:sz w:val="22"/>
        </w:rPr>
        <w:t xml:space="preserve"> od MAS </w:t>
      </w:r>
      <w:proofErr w:type="spellStart"/>
      <w:r w:rsidRPr="00195833">
        <w:rPr>
          <w:rFonts w:ascii="Arial" w:hAnsi="Arial" w:cs="Arial"/>
          <w:sz w:val="22"/>
        </w:rPr>
        <w:t>Chrudimsko</w:t>
      </w:r>
      <w:proofErr w:type="spellEnd"/>
      <w:r w:rsidRPr="00195833">
        <w:rPr>
          <w:rFonts w:ascii="Arial" w:hAnsi="Arial" w:cs="Arial"/>
          <w:sz w:val="22"/>
        </w:rPr>
        <w:t>.</w:t>
      </w:r>
    </w:p>
    <w:p w14:paraId="28584B50" w14:textId="1448C72A" w:rsidR="00F00321" w:rsidRPr="00195833" w:rsidRDefault="002A125B" w:rsidP="000E2314">
      <w:pPr>
        <w:pStyle w:val="Odstavecseseznamem"/>
        <w:numPr>
          <w:ilvl w:val="0"/>
          <w:numId w:val="12"/>
        </w:numPr>
        <w:spacing w:after="120"/>
        <w:jc w:val="both"/>
        <w:rPr>
          <w:rFonts w:ascii="Arial" w:hAnsi="Arial" w:cs="Arial"/>
          <w:sz w:val="22"/>
        </w:rPr>
      </w:pPr>
      <w:proofErr w:type="spellStart"/>
      <w:r w:rsidRPr="00195833">
        <w:rPr>
          <w:rFonts w:ascii="Arial" w:hAnsi="Arial" w:cs="Arial"/>
          <w:sz w:val="22"/>
        </w:rPr>
        <w:t>Příprava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projektu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chodník</w:t>
      </w:r>
      <w:proofErr w:type="spellEnd"/>
      <w:r w:rsidRPr="00195833">
        <w:rPr>
          <w:rFonts w:ascii="Arial" w:hAnsi="Arial" w:cs="Arial"/>
          <w:sz w:val="22"/>
        </w:rPr>
        <w:t xml:space="preserve"> od </w:t>
      </w:r>
      <w:proofErr w:type="spellStart"/>
      <w:r w:rsidRPr="00195833">
        <w:rPr>
          <w:rFonts w:ascii="Arial" w:hAnsi="Arial" w:cs="Arial"/>
          <w:sz w:val="22"/>
        </w:rPr>
        <w:t>cesty</w:t>
      </w:r>
      <w:proofErr w:type="spellEnd"/>
      <w:r w:rsidRPr="00195833">
        <w:rPr>
          <w:rFonts w:ascii="Arial" w:hAnsi="Arial" w:cs="Arial"/>
          <w:sz w:val="22"/>
        </w:rPr>
        <w:t xml:space="preserve"> do </w:t>
      </w:r>
      <w:proofErr w:type="spellStart"/>
      <w:r w:rsidRPr="00195833">
        <w:rPr>
          <w:rFonts w:ascii="Arial" w:hAnsi="Arial" w:cs="Arial"/>
          <w:sz w:val="22"/>
        </w:rPr>
        <w:t>Údolíčka</w:t>
      </w:r>
      <w:proofErr w:type="spellEnd"/>
      <w:r w:rsidRPr="00195833">
        <w:rPr>
          <w:rFonts w:ascii="Arial" w:hAnsi="Arial" w:cs="Arial"/>
          <w:sz w:val="22"/>
        </w:rPr>
        <w:t xml:space="preserve"> k </w:t>
      </w:r>
      <w:proofErr w:type="spellStart"/>
      <w:r w:rsidRPr="00195833">
        <w:rPr>
          <w:rFonts w:ascii="Arial" w:hAnsi="Arial" w:cs="Arial"/>
          <w:sz w:val="22"/>
        </w:rPr>
        <w:t>autobusové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zastávce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směrem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Tuněchody</w:t>
      </w:r>
      <w:proofErr w:type="spellEnd"/>
      <w:r w:rsidRPr="00195833">
        <w:rPr>
          <w:rFonts w:ascii="Arial" w:hAnsi="Arial" w:cs="Arial"/>
          <w:sz w:val="22"/>
        </w:rPr>
        <w:t xml:space="preserve"> – </w:t>
      </w:r>
      <w:proofErr w:type="spellStart"/>
      <w:r w:rsidRPr="00195833">
        <w:rPr>
          <w:rFonts w:ascii="Arial" w:hAnsi="Arial" w:cs="Arial"/>
          <w:sz w:val="22"/>
        </w:rPr>
        <w:t>zatím</w:t>
      </w:r>
      <w:proofErr w:type="spellEnd"/>
      <w:r w:rsidRPr="00195833">
        <w:rPr>
          <w:rFonts w:ascii="Arial" w:hAnsi="Arial" w:cs="Arial"/>
          <w:sz w:val="22"/>
        </w:rPr>
        <w:t xml:space="preserve"> je </w:t>
      </w:r>
      <w:proofErr w:type="spellStart"/>
      <w:r w:rsidRPr="00195833">
        <w:rPr>
          <w:rFonts w:ascii="Arial" w:hAnsi="Arial" w:cs="Arial"/>
          <w:sz w:val="22"/>
        </w:rPr>
        <w:t>připravena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studie</w:t>
      </w:r>
      <w:proofErr w:type="spellEnd"/>
      <w:r w:rsidRPr="00195833">
        <w:rPr>
          <w:rFonts w:ascii="Arial" w:hAnsi="Arial" w:cs="Arial"/>
          <w:sz w:val="22"/>
        </w:rPr>
        <w:t>.</w:t>
      </w:r>
      <w:r w:rsidR="00796AE7" w:rsidRPr="00195833">
        <w:rPr>
          <w:rFonts w:ascii="Arial" w:hAnsi="Arial" w:cs="Arial"/>
          <w:sz w:val="22"/>
        </w:rPr>
        <w:t xml:space="preserve"> </w:t>
      </w:r>
    </w:p>
    <w:p w14:paraId="6B85EDE4" w14:textId="7AF38B3F" w:rsidR="00F35D9A" w:rsidRPr="00195833" w:rsidRDefault="002A125B" w:rsidP="000E2314">
      <w:pPr>
        <w:pStyle w:val="Odstavecseseznamem"/>
        <w:numPr>
          <w:ilvl w:val="0"/>
          <w:numId w:val="12"/>
        </w:numPr>
        <w:spacing w:after="120"/>
        <w:jc w:val="both"/>
        <w:rPr>
          <w:rFonts w:ascii="Arial" w:hAnsi="Arial" w:cs="Arial"/>
          <w:sz w:val="22"/>
        </w:rPr>
      </w:pPr>
      <w:proofErr w:type="spellStart"/>
      <w:r w:rsidRPr="00195833">
        <w:rPr>
          <w:rFonts w:ascii="Arial" w:hAnsi="Arial" w:cs="Arial"/>
          <w:sz w:val="22"/>
        </w:rPr>
        <w:t>Revitalizace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návsi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základě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zpracované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studie</w:t>
      </w:r>
      <w:proofErr w:type="spellEnd"/>
    </w:p>
    <w:p w14:paraId="5E4E0BB6" w14:textId="70A965CA" w:rsidR="00F00321" w:rsidRPr="00195833" w:rsidRDefault="000E2314" w:rsidP="000E2314">
      <w:pPr>
        <w:pStyle w:val="Odstavecseseznamem"/>
        <w:numPr>
          <w:ilvl w:val="0"/>
          <w:numId w:val="11"/>
        </w:numPr>
        <w:spacing w:after="120"/>
        <w:jc w:val="both"/>
        <w:rPr>
          <w:rFonts w:ascii="Arial" w:hAnsi="Arial" w:cs="Arial"/>
          <w:sz w:val="22"/>
        </w:rPr>
      </w:pPr>
      <w:proofErr w:type="spellStart"/>
      <w:r w:rsidRPr="00195833">
        <w:rPr>
          <w:rFonts w:ascii="Arial" w:hAnsi="Arial" w:cs="Arial"/>
          <w:sz w:val="22"/>
        </w:rPr>
        <w:t>Ú</w:t>
      </w:r>
      <w:r w:rsidR="00796AE7" w:rsidRPr="00195833">
        <w:rPr>
          <w:rFonts w:ascii="Arial" w:hAnsi="Arial" w:cs="Arial"/>
          <w:sz w:val="22"/>
        </w:rPr>
        <w:t>držba</w:t>
      </w:r>
      <w:proofErr w:type="spellEnd"/>
      <w:r w:rsidR="00796AE7" w:rsidRPr="00195833">
        <w:rPr>
          <w:rFonts w:ascii="Arial" w:hAnsi="Arial" w:cs="Arial"/>
          <w:sz w:val="22"/>
        </w:rPr>
        <w:t xml:space="preserve"> </w:t>
      </w:r>
      <w:proofErr w:type="spellStart"/>
      <w:r w:rsidR="00796AE7" w:rsidRPr="00195833">
        <w:rPr>
          <w:rFonts w:ascii="Arial" w:hAnsi="Arial" w:cs="Arial"/>
          <w:sz w:val="22"/>
        </w:rPr>
        <w:t>obeního</w:t>
      </w:r>
      <w:proofErr w:type="spellEnd"/>
      <w:r w:rsidR="00796AE7" w:rsidRPr="00195833">
        <w:rPr>
          <w:rFonts w:ascii="Arial" w:hAnsi="Arial" w:cs="Arial"/>
          <w:sz w:val="22"/>
        </w:rPr>
        <w:t xml:space="preserve"> </w:t>
      </w:r>
      <w:proofErr w:type="spellStart"/>
      <w:r w:rsidR="00796AE7" w:rsidRPr="00195833">
        <w:rPr>
          <w:rFonts w:ascii="Arial" w:hAnsi="Arial" w:cs="Arial"/>
          <w:sz w:val="22"/>
        </w:rPr>
        <w:t>lesa</w:t>
      </w:r>
      <w:proofErr w:type="spellEnd"/>
      <w:r w:rsidR="00796AE7" w:rsidRPr="00195833">
        <w:rPr>
          <w:rFonts w:ascii="Arial" w:hAnsi="Arial" w:cs="Arial"/>
          <w:sz w:val="22"/>
        </w:rPr>
        <w:t xml:space="preserve"> a </w:t>
      </w:r>
      <w:proofErr w:type="spellStart"/>
      <w:r w:rsidR="00796AE7" w:rsidRPr="00195833">
        <w:rPr>
          <w:rFonts w:ascii="Arial" w:hAnsi="Arial" w:cs="Arial"/>
          <w:sz w:val="22"/>
        </w:rPr>
        <w:t>revitalizace</w:t>
      </w:r>
      <w:proofErr w:type="spellEnd"/>
      <w:r w:rsidR="00796AE7" w:rsidRPr="00195833">
        <w:rPr>
          <w:rFonts w:ascii="Arial" w:hAnsi="Arial" w:cs="Arial"/>
          <w:sz w:val="22"/>
        </w:rPr>
        <w:t xml:space="preserve"> </w:t>
      </w:r>
      <w:proofErr w:type="spellStart"/>
      <w:r w:rsidR="00796AE7" w:rsidRPr="00195833">
        <w:rPr>
          <w:rFonts w:ascii="Arial" w:hAnsi="Arial" w:cs="Arial"/>
          <w:sz w:val="22"/>
        </w:rPr>
        <w:t>obecních</w:t>
      </w:r>
      <w:proofErr w:type="spellEnd"/>
      <w:r w:rsidR="00796AE7" w:rsidRPr="00195833">
        <w:rPr>
          <w:rFonts w:ascii="Arial" w:hAnsi="Arial" w:cs="Arial"/>
          <w:sz w:val="22"/>
        </w:rPr>
        <w:t xml:space="preserve"> </w:t>
      </w:r>
      <w:proofErr w:type="spellStart"/>
      <w:r w:rsidR="00796AE7" w:rsidRPr="00195833">
        <w:rPr>
          <w:rFonts w:ascii="Arial" w:hAnsi="Arial" w:cs="Arial"/>
          <w:sz w:val="22"/>
        </w:rPr>
        <w:t>pozemků</w:t>
      </w:r>
      <w:proofErr w:type="spellEnd"/>
      <w:r w:rsidR="00796AE7" w:rsidRPr="00195833">
        <w:rPr>
          <w:rFonts w:ascii="Arial" w:hAnsi="Arial" w:cs="Arial"/>
          <w:sz w:val="22"/>
        </w:rPr>
        <w:t xml:space="preserve"> v </w:t>
      </w:r>
      <w:proofErr w:type="spellStart"/>
      <w:r w:rsidR="00796AE7" w:rsidRPr="00195833">
        <w:rPr>
          <w:rFonts w:ascii="Arial" w:hAnsi="Arial" w:cs="Arial"/>
          <w:sz w:val="22"/>
        </w:rPr>
        <w:t>extravilánu</w:t>
      </w:r>
      <w:proofErr w:type="spellEnd"/>
      <w:r w:rsidR="00796AE7" w:rsidRPr="00195833">
        <w:rPr>
          <w:rFonts w:ascii="Arial" w:hAnsi="Arial" w:cs="Arial"/>
          <w:sz w:val="22"/>
        </w:rPr>
        <w:t xml:space="preserve"> </w:t>
      </w:r>
      <w:proofErr w:type="spellStart"/>
      <w:r w:rsidR="00796AE7" w:rsidRPr="00195833">
        <w:rPr>
          <w:rFonts w:ascii="Arial" w:hAnsi="Arial" w:cs="Arial"/>
          <w:sz w:val="22"/>
        </w:rPr>
        <w:t>obce</w:t>
      </w:r>
      <w:proofErr w:type="spellEnd"/>
      <w:r w:rsidR="00796AE7" w:rsidRPr="00195833">
        <w:rPr>
          <w:rFonts w:ascii="Arial" w:hAnsi="Arial" w:cs="Arial"/>
          <w:sz w:val="22"/>
        </w:rPr>
        <w:t xml:space="preserve"> </w:t>
      </w:r>
    </w:p>
    <w:p w14:paraId="7324222D" w14:textId="3FC5FC2B" w:rsidR="00F00321" w:rsidRPr="00195833" w:rsidRDefault="002A125B" w:rsidP="000E2314">
      <w:pPr>
        <w:pStyle w:val="Odstavecseseznamem"/>
        <w:numPr>
          <w:ilvl w:val="0"/>
          <w:numId w:val="12"/>
        </w:numPr>
        <w:spacing w:after="120"/>
        <w:jc w:val="both"/>
        <w:rPr>
          <w:rFonts w:ascii="Arial" w:hAnsi="Arial" w:cs="Arial"/>
          <w:sz w:val="22"/>
        </w:rPr>
      </w:pPr>
      <w:proofErr w:type="spellStart"/>
      <w:r w:rsidRPr="00195833">
        <w:rPr>
          <w:rFonts w:ascii="Arial" w:hAnsi="Arial" w:cs="Arial"/>
          <w:sz w:val="22"/>
        </w:rPr>
        <w:t>Dořešení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zastínění</w:t>
      </w:r>
      <w:proofErr w:type="spellEnd"/>
      <w:r w:rsidRPr="00195833">
        <w:rPr>
          <w:rFonts w:ascii="Arial" w:hAnsi="Arial" w:cs="Arial"/>
          <w:sz w:val="22"/>
        </w:rPr>
        <w:t xml:space="preserve"> u </w:t>
      </w:r>
      <w:proofErr w:type="spellStart"/>
      <w:r w:rsidRPr="00195833">
        <w:rPr>
          <w:rFonts w:ascii="Arial" w:hAnsi="Arial" w:cs="Arial"/>
          <w:sz w:val="22"/>
        </w:rPr>
        <w:t>dětského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hřiště</w:t>
      </w:r>
      <w:proofErr w:type="spellEnd"/>
      <w:r w:rsidRPr="00195833">
        <w:rPr>
          <w:rFonts w:ascii="Arial" w:hAnsi="Arial" w:cs="Arial"/>
          <w:sz w:val="22"/>
        </w:rPr>
        <w:t xml:space="preserve"> u </w:t>
      </w:r>
      <w:proofErr w:type="spellStart"/>
      <w:r w:rsidRPr="00195833">
        <w:rPr>
          <w:rFonts w:ascii="Arial" w:hAnsi="Arial" w:cs="Arial"/>
          <w:sz w:val="22"/>
        </w:rPr>
        <w:t>bytovek</w:t>
      </w:r>
      <w:proofErr w:type="spellEnd"/>
      <w:r w:rsidRPr="00195833">
        <w:rPr>
          <w:rFonts w:ascii="Arial" w:hAnsi="Arial" w:cs="Arial"/>
          <w:sz w:val="22"/>
        </w:rPr>
        <w:t>.</w:t>
      </w:r>
    </w:p>
    <w:p w14:paraId="4C40091D" w14:textId="42863438" w:rsidR="00F00321" w:rsidRPr="00195833" w:rsidRDefault="002A125B" w:rsidP="000E2314">
      <w:pPr>
        <w:pStyle w:val="Odstavecseseznamem"/>
        <w:numPr>
          <w:ilvl w:val="0"/>
          <w:numId w:val="12"/>
        </w:numPr>
        <w:spacing w:after="120"/>
        <w:jc w:val="both"/>
        <w:rPr>
          <w:rFonts w:ascii="Arial" w:hAnsi="Arial" w:cs="Arial"/>
          <w:sz w:val="22"/>
        </w:rPr>
      </w:pPr>
      <w:proofErr w:type="spellStart"/>
      <w:r w:rsidRPr="00195833">
        <w:rPr>
          <w:rFonts w:ascii="Arial" w:hAnsi="Arial" w:cs="Arial"/>
          <w:sz w:val="22"/>
        </w:rPr>
        <w:t>Zlepšení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podmínek</w:t>
      </w:r>
      <w:proofErr w:type="spellEnd"/>
      <w:r w:rsidRPr="00195833">
        <w:rPr>
          <w:rFonts w:ascii="Arial" w:hAnsi="Arial" w:cs="Arial"/>
          <w:sz w:val="22"/>
        </w:rPr>
        <w:t xml:space="preserve"> pro </w:t>
      </w:r>
      <w:proofErr w:type="spellStart"/>
      <w:r w:rsidRPr="00195833">
        <w:rPr>
          <w:rFonts w:ascii="Arial" w:hAnsi="Arial" w:cs="Arial"/>
          <w:sz w:val="22"/>
        </w:rPr>
        <w:t>společenská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setkávání</w:t>
      </w:r>
      <w:proofErr w:type="spellEnd"/>
      <w:r w:rsidRPr="00195833">
        <w:rPr>
          <w:rFonts w:ascii="Arial" w:hAnsi="Arial" w:cs="Arial"/>
          <w:sz w:val="22"/>
        </w:rPr>
        <w:t xml:space="preserve"> u </w:t>
      </w:r>
      <w:proofErr w:type="spellStart"/>
      <w:r w:rsidRPr="00195833">
        <w:rPr>
          <w:rFonts w:ascii="Arial" w:hAnsi="Arial" w:cs="Arial"/>
          <w:sz w:val="22"/>
        </w:rPr>
        <w:t>sálu</w:t>
      </w:r>
      <w:proofErr w:type="spellEnd"/>
      <w:r w:rsidRPr="00195833">
        <w:rPr>
          <w:rFonts w:ascii="Arial" w:hAnsi="Arial" w:cs="Arial"/>
          <w:sz w:val="22"/>
        </w:rPr>
        <w:t xml:space="preserve"> a v </w:t>
      </w:r>
      <w:proofErr w:type="spellStart"/>
      <w:r w:rsidRPr="00195833">
        <w:rPr>
          <w:rFonts w:ascii="Arial" w:hAnsi="Arial" w:cs="Arial"/>
          <w:sz w:val="22"/>
        </w:rPr>
        <w:t>prostoru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víceúčelového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hřiště</w:t>
      </w:r>
      <w:proofErr w:type="spellEnd"/>
      <w:r w:rsidRPr="00195833">
        <w:rPr>
          <w:rFonts w:ascii="Arial" w:hAnsi="Arial" w:cs="Arial"/>
          <w:sz w:val="22"/>
        </w:rPr>
        <w:t xml:space="preserve">, </w:t>
      </w:r>
      <w:proofErr w:type="spellStart"/>
      <w:r w:rsidRPr="00195833">
        <w:rPr>
          <w:rFonts w:ascii="Arial" w:hAnsi="Arial" w:cs="Arial"/>
          <w:sz w:val="22"/>
        </w:rPr>
        <w:t>doplnění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herních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prvků</w:t>
      </w:r>
      <w:proofErr w:type="spellEnd"/>
      <w:r w:rsidRPr="00195833">
        <w:rPr>
          <w:rFonts w:ascii="Arial" w:hAnsi="Arial" w:cs="Arial"/>
          <w:sz w:val="22"/>
        </w:rPr>
        <w:t xml:space="preserve"> pro </w:t>
      </w:r>
      <w:proofErr w:type="spellStart"/>
      <w:r w:rsidRPr="00195833">
        <w:rPr>
          <w:rFonts w:ascii="Arial" w:hAnsi="Arial" w:cs="Arial"/>
          <w:sz w:val="22"/>
        </w:rPr>
        <w:t>děti</w:t>
      </w:r>
      <w:proofErr w:type="spellEnd"/>
      <w:r w:rsidRPr="00195833">
        <w:rPr>
          <w:rFonts w:ascii="Arial" w:hAnsi="Arial" w:cs="Arial"/>
          <w:sz w:val="22"/>
        </w:rPr>
        <w:t xml:space="preserve">, </w:t>
      </w:r>
      <w:proofErr w:type="spellStart"/>
      <w:r w:rsidRPr="00195833">
        <w:rPr>
          <w:rFonts w:ascii="Arial" w:hAnsi="Arial" w:cs="Arial"/>
          <w:sz w:val="22"/>
        </w:rPr>
        <w:t>nového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osvětlení</w:t>
      </w:r>
      <w:proofErr w:type="spellEnd"/>
      <w:r w:rsidRPr="00195833">
        <w:rPr>
          <w:rFonts w:ascii="Arial" w:hAnsi="Arial" w:cs="Arial"/>
          <w:sz w:val="22"/>
        </w:rPr>
        <w:t xml:space="preserve">, </w:t>
      </w:r>
      <w:proofErr w:type="spellStart"/>
      <w:r w:rsidRPr="00195833">
        <w:rPr>
          <w:rFonts w:ascii="Arial" w:hAnsi="Arial" w:cs="Arial"/>
          <w:sz w:val="22"/>
        </w:rPr>
        <w:t>pergoly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apod</w:t>
      </w:r>
      <w:proofErr w:type="spellEnd"/>
      <w:r w:rsidRPr="00195833">
        <w:rPr>
          <w:rFonts w:ascii="Arial" w:hAnsi="Arial" w:cs="Arial"/>
          <w:sz w:val="22"/>
        </w:rPr>
        <w:t>.</w:t>
      </w:r>
    </w:p>
    <w:p w14:paraId="4FAA859C" w14:textId="188664FE" w:rsidR="00F00321" w:rsidRPr="00195833" w:rsidRDefault="002A125B" w:rsidP="000E2314">
      <w:pPr>
        <w:pStyle w:val="Odstavecseseznamem"/>
        <w:numPr>
          <w:ilvl w:val="0"/>
          <w:numId w:val="12"/>
        </w:numPr>
        <w:spacing w:after="120"/>
        <w:jc w:val="both"/>
        <w:rPr>
          <w:rFonts w:ascii="Arial" w:hAnsi="Arial" w:cs="Arial"/>
          <w:sz w:val="22"/>
        </w:rPr>
      </w:pPr>
      <w:proofErr w:type="spellStart"/>
      <w:r w:rsidRPr="00195833">
        <w:rPr>
          <w:rFonts w:ascii="Arial" w:hAnsi="Arial" w:cs="Arial"/>
          <w:sz w:val="22"/>
        </w:rPr>
        <w:t>Postupná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oprava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nejvíce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poškozených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chodníků</w:t>
      </w:r>
      <w:proofErr w:type="spellEnd"/>
      <w:r w:rsidRPr="00195833">
        <w:rPr>
          <w:rFonts w:ascii="Arial" w:hAnsi="Arial" w:cs="Arial"/>
          <w:sz w:val="22"/>
        </w:rPr>
        <w:t>.</w:t>
      </w:r>
    </w:p>
    <w:p w14:paraId="5BD496F9" w14:textId="77777777" w:rsidR="00F00321" w:rsidRPr="00195833" w:rsidRDefault="002A125B" w:rsidP="0018443F">
      <w:pPr>
        <w:spacing w:after="120"/>
        <w:jc w:val="both"/>
        <w:rPr>
          <w:rFonts w:ascii="Arial" w:hAnsi="Arial" w:cs="Arial"/>
          <w:sz w:val="22"/>
        </w:rPr>
      </w:pPr>
      <w:r w:rsidRPr="00195833">
        <w:rPr>
          <w:rFonts w:ascii="Arial" w:hAnsi="Arial" w:cs="Arial"/>
          <w:sz w:val="22"/>
        </w:rPr>
        <w:t xml:space="preserve">V </w:t>
      </w:r>
      <w:proofErr w:type="spellStart"/>
      <w:r w:rsidRPr="00195833">
        <w:rPr>
          <w:rFonts w:ascii="Arial" w:hAnsi="Arial" w:cs="Arial"/>
          <w:sz w:val="22"/>
        </w:rPr>
        <w:t>podstatě</w:t>
      </w:r>
      <w:proofErr w:type="spellEnd"/>
      <w:r w:rsidRPr="00195833">
        <w:rPr>
          <w:rFonts w:ascii="Arial" w:hAnsi="Arial" w:cs="Arial"/>
          <w:sz w:val="22"/>
        </w:rPr>
        <w:t xml:space="preserve"> se </w:t>
      </w:r>
      <w:proofErr w:type="spellStart"/>
      <w:r w:rsidRPr="00195833">
        <w:rPr>
          <w:rFonts w:ascii="Arial" w:hAnsi="Arial" w:cs="Arial"/>
          <w:sz w:val="22"/>
        </w:rPr>
        <w:t>jedná</w:t>
      </w:r>
      <w:proofErr w:type="spellEnd"/>
      <w:r w:rsidRPr="00195833">
        <w:rPr>
          <w:rFonts w:ascii="Arial" w:hAnsi="Arial" w:cs="Arial"/>
          <w:sz w:val="22"/>
        </w:rPr>
        <w:t xml:space="preserve"> o </w:t>
      </w:r>
      <w:proofErr w:type="spellStart"/>
      <w:r w:rsidRPr="00195833">
        <w:rPr>
          <w:rFonts w:ascii="Arial" w:hAnsi="Arial" w:cs="Arial"/>
          <w:sz w:val="22"/>
        </w:rPr>
        <w:t>projekty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finančně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méně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náročné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než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dosavadní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akce</w:t>
      </w:r>
      <w:proofErr w:type="spellEnd"/>
      <w:r w:rsidRPr="00195833">
        <w:rPr>
          <w:rFonts w:ascii="Arial" w:hAnsi="Arial" w:cs="Arial"/>
          <w:sz w:val="22"/>
        </w:rPr>
        <w:t xml:space="preserve">. </w:t>
      </w:r>
      <w:proofErr w:type="spellStart"/>
      <w:r w:rsidRPr="00195833">
        <w:rPr>
          <w:rFonts w:ascii="Arial" w:hAnsi="Arial" w:cs="Arial"/>
          <w:sz w:val="22"/>
        </w:rPr>
        <w:t>Vzhledem</w:t>
      </w:r>
      <w:proofErr w:type="spellEnd"/>
      <w:r w:rsidRPr="00195833">
        <w:rPr>
          <w:rFonts w:ascii="Arial" w:hAnsi="Arial" w:cs="Arial"/>
          <w:sz w:val="22"/>
        </w:rPr>
        <w:t xml:space="preserve"> k </w:t>
      </w:r>
      <w:proofErr w:type="spellStart"/>
      <w:r w:rsidRPr="00195833">
        <w:rPr>
          <w:rFonts w:ascii="Arial" w:hAnsi="Arial" w:cs="Arial"/>
          <w:sz w:val="22"/>
        </w:rPr>
        <w:t>nutnosti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splatit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úvěr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však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není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možné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plánovat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velké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projekty</w:t>
      </w:r>
      <w:proofErr w:type="spellEnd"/>
      <w:r w:rsidRPr="00195833">
        <w:rPr>
          <w:rFonts w:ascii="Arial" w:hAnsi="Arial" w:cs="Arial"/>
          <w:sz w:val="22"/>
        </w:rPr>
        <w:t xml:space="preserve">. </w:t>
      </w:r>
      <w:proofErr w:type="spellStart"/>
      <w:r w:rsidRPr="00195833">
        <w:rPr>
          <w:rFonts w:ascii="Arial" w:hAnsi="Arial" w:cs="Arial"/>
          <w:sz w:val="22"/>
        </w:rPr>
        <w:t>Počínaje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rokem</w:t>
      </w:r>
      <w:proofErr w:type="spellEnd"/>
      <w:r w:rsidRPr="00195833">
        <w:rPr>
          <w:rFonts w:ascii="Arial" w:hAnsi="Arial" w:cs="Arial"/>
          <w:sz w:val="22"/>
        </w:rPr>
        <w:t xml:space="preserve"> 2027 </w:t>
      </w:r>
      <w:proofErr w:type="spellStart"/>
      <w:r w:rsidRPr="00195833">
        <w:rPr>
          <w:rFonts w:ascii="Arial" w:hAnsi="Arial" w:cs="Arial"/>
          <w:sz w:val="22"/>
        </w:rPr>
        <w:t>budeme</w:t>
      </w:r>
      <w:proofErr w:type="spellEnd"/>
      <w:r w:rsidRPr="00195833">
        <w:rPr>
          <w:rFonts w:ascii="Arial" w:hAnsi="Arial" w:cs="Arial"/>
          <w:sz w:val="22"/>
        </w:rPr>
        <w:t xml:space="preserve"> po </w:t>
      </w:r>
      <w:proofErr w:type="spellStart"/>
      <w:r w:rsidRPr="00195833">
        <w:rPr>
          <w:rFonts w:ascii="Arial" w:hAnsi="Arial" w:cs="Arial"/>
          <w:sz w:val="22"/>
        </w:rPr>
        <w:t>dobu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deseti</w:t>
      </w:r>
      <w:proofErr w:type="spellEnd"/>
      <w:r w:rsidRPr="00195833">
        <w:rPr>
          <w:rFonts w:ascii="Arial" w:hAnsi="Arial" w:cs="Arial"/>
          <w:sz w:val="22"/>
        </w:rPr>
        <w:t xml:space="preserve"> let </w:t>
      </w:r>
      <w:proofErr w:type="spellStart"/>
      <w:r w:rsidRPr="00195833">
        <w:rPr>
          <w:rFonts w:ascii="Arial" w:hAnsi="Arial" w:cs="Arial"/>
          <w:sz w:val="22"/>
        </w:rPr>
        <w:t>splácet</w:t>
      </w:r>
      <w:proofErr w:type="spellEnd"/>
      <w:r w:rsidRPr="00195833">
        <w:rPr>
          <w:rFonts w:ascii="Arial" w:hAnsi="Arial" w:cs="Arial"/>
          <w:sz w:val="22"/>
        </w:rPr>
        <w:t xml:space="preserve"> 2,7 mil. </w:t>
      </w:r>
      <w:proofErr w:type="spellStart"/>
      <w:r w:rsidRPr="00195833">
        <w:rPr>
          <w:rFonts w:ascii="Arial" w:hAnsi="Arial" w:cs="Arial"/>
          <w:sz w:val="22"/>
        </w:rPr>
        <w:t>Kč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ročně</w:t>
      </w:r>
      <w:proofErr w:type="spellEnd"/>
      <w:r w:rsidRPr="00195833">
        <w:rPr>
          <w:rFonts w:ascii="Arial" w:hAnsi="Arial" w:cs="Arial"/>
          <w:sz w:val="22"/>
        </w:rPr>
        <w:t>.</w:t>
      </w:r>
    </w:p>
    <w:p w14:paraId="05B0BE7B" w14:textId="1C2DCE07" w:rsidR="00F00321" w:rsidRPr="00195833" w:rsidRDefault="002A125B" w:rsidP="0018443F">
      <w:pPr>
        <w:jc w:val="both"/>
        <w:rPr>
          <w:rFonts w:ascii="Arial" w:hAnsi="Arial" w:cs="Arial"/>
          <w:sz w:val="22"/>
        </w:rPr>
      </w:pPr>
      <w:r w:rsidRPr="00195833">
        <w:rPr>
          <w:rFonts w:ascii="Arial" w:hAnsi="Arial" w:cs="Arial"/>
          <w:b/>
          <w:sz w:val="22"/>
        </w:rPr>
        <w:t xml:space="preserve">Podpora </w:t>
      </w:r>
      <w:proofErr w:type="spellStart"/>
      <w:r w:rsidRPr="00195833">
        <w:rPr>
          <w:rFonts w:ascii="Arial" w:hAnsi="Arial" w:cs="Arial"/>
          <w:b/>
          <w:sz w:val="22"/>
        </w:rPr>
        <w:t>společenského</w:t>
      </w:r>
      <w:proofErr w:type="spellEnd"/>
      <w:r w:rsidRPr="00195833">
        <w:rPr>
          <w:rFonts w:ascii="Arial" w:hAnsi="Arial" w:cs="Arial"/>
          <w:b/>
          <w:sz w:val="22"/>
        </w:rPr>
        <w:t xml:space="preserve"> </w:t>
      </w:r>
      <w:proofErr w:type="spellStart"/>
      <w:r w:rsidRPr="00195833">
        <w:rPr>
          <w:rFonts w:ascii="Arial" w:hAnsi="Arial" w:cs="Arial"/>
          <w:b/>
          <w:sz w:val="22"/>
        </w:rPr>
        <w:t>života</w:t>
      </w:r>
      <w:proofErr w:type="spellEnd"/>
      <w:r w:rsidRPr="00195833">
        <w:rPr>
          <w:rFonts w:ascii="Arial" w:hAnsi="Arial" w:cs="Arial"/>
          <w:b/>
          <w:sz w:val="22"/>
        </w:rPr>
        <w:t xml:space="preserve"> v </w:t>
      </w:r>
      <w:proofErr w:type="spellStart"/>
      <w:r w:rsidRPr="00195833">
        <w:rPr>
          <w:rFonts w:ascii="Arial" w:hAnsi="Arial" w:cs="Arial"/>
          <w:b/>
          <w:sz w:val="22"/>
        </w:rPr>
        <w:t>obci</w:t>
      </w:r>
      <w:proofErr w:type="spellEnd"/>
    </w:p>
    <w:p w14:paraId="68881700" w14:textId="77777777" w:rsidR="00F00321" w:rsidRPr="00195833" w:rsidRDefault="002A125B" w:rsidP="0018443F">
      <w:pPr>
        <w:spacing w:after="120"/>
        <w:jc w:val="both"/>
        <w:rPr>
          <w:rFonts w:ascii="Arial" w:hAnsi="Arial" w:cs="Arial"/>
          <w:sz w:val="22"/>
        </w:rPr>
      </w:pPr>
      <w:proofErr w:type="spellStart"/>
      <w:r w:rsidRPr="00195833">
        <w:rPr>
          <w:rFonts w:ascii="Arial" w:hAnsi="Arial" w:cs="Arial"/>
          <w:sz w:val="22"/>
        </w:rPr>
        <w:t>Chtěli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bychom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poděkovat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všem</w:t>
      </w:r>
      <w:proofErr w:type="spellEnd"/>
      <w:r w:rsidRPr="00195833">
        <w:rPr>
          <w:rFonts w:ascii="Arial" w:hAnsi="Arial" w:cs="Arial"/>
          <w:sz w:val="22"/>
        </w:rPr>
        <w:t xml:space="preserve">, </w:t>
      </w:r>
      <w:proofErr w:type="spellStart"/>
      <w:r w:rsidRPr="00195833">
        <w:rPr>
          <w:rFonts w:ascii="Arial" w:hAnsi="Arial" w:cs="Arial"/>
          <w:sz w:val="22"/>
        </w:rPr>
        <w:t>kteří</w:t>
      </w:r>
      <w:proofErr w:type="spellEnd"/>
      <w:r w:rsidRPr="00195833">
        <w:rPr>
          <w:rFonts w:ascii="Arial" w:hAnsi="Arial" w:cs="Arial"/>
          <w:sz w:val="22"/>
        </w:rPr>
        <w:t xml:space="preserve"> se </w:t>
      </w:r>
      <w:proofErr w:type="spellStart"/>
      <w:r w:rsidRPr="00195833">
        <w:rPr>
          <w:rFonts w:ascii="Arial" w:hAnsi="Arial" w:cs="Arial"/>
          <w:sz w:val="22"/>
        </w:rPr>
        <w:t>aktivně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zapojují</w:t>
      </w:r>
      <w:proofErr w:type="spellEnd"/>
      <w:r w:rsidRPr="00195833">
        <w:rPr>
          <w:rFonts w:ascii="Arial" w:hAnsi="Arial" w:cs="Arial"/>
          <w:sz w:val="22"/>
        </w:rPr>
        <w:t xml:space="preserve"> do </w:t>
      </w:r>
      <w:proofErr w:type="spellStart"/>
      <w:r w:rsidRPr="00195833">
        <w:rPr>
          <w:rFonts w:ascii="Arial" w:hAnsi="Arial" w:cs="Arial"/>
          <w:sz w:val="22"/>
        </w:rPr>
        <w:t>aktivit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našich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spolků</w:t>
      </w:r>
      <w:proofErr w:type="spellEnd"/>
      <w:r w:rsidRPr="00195833">
        <w:rPr>
          <w:rFonts w:ascii="Arial" w:hAnsi="Arial" w:cs="Arial"/>
          <w:sz w:val="22"/>
        </w:rPr>
        <w:t xml:space="preserve"> a </w:t>
      </w:r>
      <w:proofErr w:type="spellStart"/>
      <w:r w:rsidRPr="00195833">
        <w:rPr>
          <w:rFonts w:ascii="Arial" w:hAnsi="Arial" w:cs="Arial"/>
          <w:sz w:val="22"/>
        </w:rPr>
        <w:t>věnují</w:t>
      </w:r>
      <w:proofErr w:type="spellEnd"/>
      <w:r w:rsidRPr="00195833">
        <w:rPr>
          <w:rFonts w:ascii="Arial" w:hAnsi="Arial" w:cs="Arial"/>
          <w:sz w:val="22"/>
        </w:rPr>
        <w:t xml:space="preserve"> se </w:t>
      </w:r>
      <w:proofErr w:type="spellStart"/>
      <w:r w:rsidRPr="00195833">
        <w:rPr>
          <w:rFonts w:ascii="Arial" w:hAnsi="Arial" w:cs="Arial"/>
          <w:sz w:val="22"/>
        </w:rPr>
        <w:t>dětem</w:t>
      </w:r>
      <w:proofErr w:type="spellEnd"/>
      <w:r w:rsidRPr="00195833">
        <w:rPr>
          <w:rFonts w:ascii="Arial" w:hAnsi="Arial" w:cs="Arial"/>
          <w:sz w:val="22"/>
        </w:rPr>
        <w:t xml:space="preserve"> a </w:t>
      </w:r>
      <w:proofErr w:type="spellStart"/>
      <w:r w:rsidRPr="00195833">
        <w:rPr>
          <w:rFonts w:ascii="Arial" w:hAnsi="Arial" w:cs="Arial"/>
          <w:sz w:val="22"/>
        </w:rPr>
        <w:t>mládeži</w:t>
      </w:r>
      <w:proofErr w:type="spellEnd"/>
      <w:r w:rsidRPr="00195833">
        <w:rPr>
          <w:rFonts w:ascii="Arial" w:hAnsi="Arial" w:cs="Arial"/>
          <w:sz w:val="22"/>
        </w:rPr>
        <w:t xml:space="preserve">. Obec </w:t>
      </w:r>
      <w:proofErr w:type="spellStart"/>
      <w:r w:rsidRPr="00195833">
        <w:rPr>
          <w:rFonts w:ascii="Arial" w:hAnsi="Arial" w:cs="Arial"/>
          <w:sz w:val="22"/>
        </w:rPr>
        <w:t>tyto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aktivity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každoročně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podporuje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poskytnutím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dotací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zajištění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akcí</w:t>
      </w:r>
      <w:proofErr w:type="spellEnd"/>
      <w:r w:rsidRPr="00195833">
        <w:rPr>
          <w:rFonts w:ascii="Arial" w:hAnsi="Arial" w:cs="Arial"/>
          <w:sz w:val="22"/>
        </w:rPr>
        <w:t xml:space="preserve">, </w:t>
      </w:r>
      <w:proofErr w:type="spellStart"/>
      <w:r w:rsidRPr="00195833">
        <w:rPr>
          <w:rFonts w:ascii="Arial" w:hAnsi="Arial" w:cs="Arial"/>
          <w:sz w:val="22"/>
        </w:rPr>
        <w:t>které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spolky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pořádají</w:t>
      </w:r>
      <w:proofErr w:type="spellEnd"/>
      <w:r w:rsidRPr="00195833">
        <w:rPr>
          <w:rFonts w:ascii="Arial" w:hAnsi="Arial" w:cs="Arial"/>
          <w:sz w:val="22"/>
        </w:rPr>
        <w:t>.</w:t>
      </w:r>
    </w:p>
    <w:p w14:paraId="47E73C2F" w14:textId="69B0ACD4" w:rsidR="00F00321" w:rsidRPr="00195833" w:rsidRDefault="002A125B" w:rsidP="0018443F">
      <w:pPr>
        <w:spacing w:after="120"/>
        <w:jc w:val="both"/>
        <w:rPr>
          <w:rFonts w:ascii="Arial" w:hAnsi="Arial" w:cs="Arial"/>
          <w:sz w:val="22"/>
        </w:rPr>
      </w:pPr>
      <w:proofErr w:type="spellStart"/>
      <w:r w:rsidRPr="00195833">
        <w:rPr>
          <w:rFonts w:ascii="Arial" w:hAnsi="Arial" w:cs="Arial"/>
          <w:sz w:val="22"/>
        </w:rPr>
        <w:t>Kromě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roku</w:t>
      </w:r>
      <w:proofErr w:type="spellEnd"/>
      <w:r w:rsidRPr="00195833">
        <w:rPr>
          <w:rFonts w:ascii="Arial" w:hAnsi="Arial" w:cs="Arial"/>
          <w:sz w:val="22"/>
        </w:rPr>
        <w:t xml:space="preserve"> 2021, </w:t>
      </w:r>
      <w:proofErr w:type="spellStart"/>
      <w:r w:rsidRPr="00195833">
        <w:rPr>
          <w:rFonts w:ascii="Arial" w:hAnsi="Arial" w:cs="Arial"/>
          <w:sz w:val="22"/>
        </w:rPr>
        <w:t>kdy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byla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činnost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kvůli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covidu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pozastavena</w:t>
      </w:r>
      <w:proofErr w:type="spellEnd"/>
      <w:r w:rsidRPr="00195833">
        <w:rPr>
          <w:rFonts w:ascii="Arial" w:hAnsi="Arial" w:cs="Arial"/>
          <w:sz w:val="22"/>
        </w:rPr>
        <w:t xml:space="preserve">, </w:t>
      </w:r>
      <w:proofErr w:type="spellStart"/>
      <w:r w:rsidRPr="00195833">
        <w:rPr>
          <w:rFonts w:ascii="Arial" w:hAnsi="Arial" w:cs="Arial"/>
          <w:sz w:val="22"/>
        </w:rPr>
        <w:t>poskytuje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obec</w:t>
      </w:r>
      <w:proofErr w:type="spellEnd"/>
      <w:r w:rsidRPr="00195833">
        <w:rPr>
          <w:rFonts w:ascii="Arial" w:hAnsi="Arial" w:cs="Arial"/>
          <w:sz w:val="22"/>
        </w:rPr>
        <w:t xml:space="preserve"> 35 </w:t>
      </w:r>
      <w:proofErr w:type="spellStart"/>
      <w:r w:rsidRPr="00195833">
        <w:rPr>
          <w:rFonts w:ascii="Arial" w:hAnsi="Arial" w:cs="Arial"/>
          <w:sz w:val="22"/>
        </w:rPr>
        <w:t>tisíc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Kč</w:t>
      </w:r>
      <w:proofErr w:type="spellEnd"/>
      <w:r w:rsidRPr="00195833">
        <w:rPr>
          <w:rFonts w:ascii="Arial" w:hAnsi="Arial" w:cs="Arial"/>
          <w:sz w:val="22"/>
        </w:rPr>
        <w:t xml:space="preserve"> SDH Úhřetice a 35 </w:t>
      </w:r>
      <w:proofErr w:type="spellStart"/>
      <w:r w:rsidRPr="00195833">
        <w:rPr>
          <w:rFonts w:ascii="Arial" w:hAnsi="Arial" w:cs="Arial"/>
          <w:sz w:val="22"/>
        </w:rPr>
        <w:t>tisíc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Kč</w:t>
      </w:r>
      <w:proofErr w:type="spellEnd"/>
      <w:r w:rsidRPr="00195833">
        <w:rPr>
          <w:rFonts w:ascii="Arial" w:hAnsi="Arial" w:cs="Arial"/>
          <w:sz w:val="22"/>
        </w:rPr>
        <w:t xml:space="preserve"> TJ Sokol Úhřetice.</w:t>
      </w:r>
    </w:p>
    <w:p w14:paraId="0CFCA11B" w14:textId="4B5CB433" w:rsidR="00F00321" w:rsidRPr="00195833" w:rsidRDefault="002A125B" w:rsidP="0018443F">
      <w:pPr>
        <w:spacing w:after="120"/>
        <w:jc w:val="both"/>
        <w:rPr>
          <w:rFonts w:ascii="Arial" w:hAnsi="Arial" w:cs="Arial"/>
          <w:sz w:val="22"/>
        </w:rPr>
      </w:pPr>
      <w:proofErr w:type="spellStart"/>
      <w:r w:rsidRPr="00195833">
        <w:rPr>
          <w:rFonts w:ascii="Arial" w:hAnsi="Arial" w:cs="Arial"/>
          <w:sz w:val="22"/>
        </w:rPr>
        <w:t>Nezapomínáme</w:t>
      </w:r>
      <w:proofErr w:type="spellEnd"/>
      <w:r w:rsidRPr="00195833">
        <w:rPr>
          <w:rFonts w:ascii="Arial" w:hAnsi="Arial" w:cs="Arial"/>
          <w:sz w:val="22"/>
        </w:rPr>
        <w:t xml:space="preserve"> ani </w:t>
      </w:r>
      <w:proofErr w:type="spellStart"/>
      <w:r w:rsidRPr="00195833">
        <w:rPr>
          <w:rFonts w:ascii="Arial" w:hAnsi="Arial" w:cs="Arial"/>
          <w:sz w:val="22"/>
        </w:rPr>
        <w:t>na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naše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seniory</w:t>
      </w:r>
      <w:proofErr w:type="spellEnd"/>
      <w:r w:rsidRPr="00195833">
        <w:rPr>
          <w:rFonts w:ascii="Arial" w:hAnsi="Arial" w:cs="Arial"/>
          <w:sz w:val="22"/>
        </w:rPr>
        <w:t xml:space="preserve">. Obec pro </w:t>
      </w:r>
      <w:proofErr w:type="spellStart"/>
      <w:r w:rsidRPr="00195833">
        <w:rPr>
          <w:rFonts w:ascii="Arial" w:hAnsi="Arial" w:cs="Arial"/>
          <w:sz w:val="22"/>
        </w:rPr>
        <w:t>ně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pořádá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tradiční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podzimní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setkání</w:t>
      </w:r>
      <w:proofErr w:type="spellEnd"/>
      <w:r w:rsidRPr="00195833">
        <w:rPr>
          <w:rFonts w:ascii="Arial" w:hAnsi="Arial" w:cs="Arial"/>
          <w:sz w:val="22"/>
        </w:rPr>
        <w:t xml:space="preserve"> s </w:t>
      </w:r>
      <w:proofErr w:type="spellStart"/>
      <w:r w:rsidRPr="00195833">
        <w:rPr>
          <w:rFonts w:ascii="Arial" w:hAnsi="Arial" w:cs="Arial"/>
          <w:sz w:val="22"/>
        </w:rPr>
        <w:t>pohoštěním</w:t>
      </w:r>
      <w:proofErr w:type="spellEnd"/>
      <w:r w:rsidRPr="00195833">
        <w:rPr>
          <w:rFonts w:ascii="Arial" w:hAnsi="Arial" w:cs="Arial"/>
          <w:sz w:val="22"/>
        </w:rPr>
        <w:t xml:space="preserve"> a </w:t>
      </w:r>
      <w:proofErr w:type="spellStart"/>
      <w:r w:rsidRPr="00195833">
        <w:rPr>
          <w:rFonts w:ascii="Arial" w:hAnsi="Arial" w:cs="Arial"/>
          <w:sz w:val="22"/>
        </w:rPr>
        <w:t>kulturním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programem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sále</w:t>
      </w:r>
      <w:proofErr w:type="spellEnd"/>
      <w:r w:rsidRPr="00195833">
        <w:rPr>
          <w:rFonts w:ascii="Arial" w:hAnsi="Arial" w:cs="Arial"/>
          <w:sz w:val="22"/>
        </w:rPr>
        <w:t xml:space="preserve"> a </w:t>
      </w:r>
      <w:proofErr w:type="spellStart"/>
      <w:r w:rsidRPr="00195833">
        <w:rPr>
          <w:rFonts w:ascii="Arial" w:hAnsi="Arial" w:cs="Arial"/>
          <w:sz w:val="22"/>
        </w:rPr>
        <w:t>poskytuje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jim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proofErr w:type="gramStart"/>
      <w:r w:rsidRPr="00195833">
        <w:rPr>
          <w:rFonts w:ascii="Arial" w:hAnsi="Arial" w:cs="Arial"/>
          <w:sz w:val="22"/>
        </w:rPr>
        <w:t>nyní</w:t>
      </w:r>
      <w:proofErr w:type="spellEnd"/>
      <w:r w:rsidR="00F35D9A" w:rsidRPr="00195833">
        <w:rPr>
          <w:rFonts w:ascii="Arial" w:hAnsi="Arial" w:cs="Arial"/>
          <w:sz w:val="22"/>
        </w:rPr>
        <w:t xml:space="preserve"> </w:t>
      </w:r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již</w:t>
      </w:r>
      <w:proofErr w:type="spellEnd"/>
      <w:proofErr w:type="gram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tradiční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vánoční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dárek</w:t>
      </w:r>
      <w:proofErr w:type="spellEnd"/>
      <w:r w:rsidRPr="00195833">
        <w:rPr>
          <w:rFonts w:ascii="Arial" w:hAnsi="Arial" w:cs="Arial"/>
          <w:sz w:val="22"/>
        </w:rPr>
        <w:t xml:space="preserve"> v </w:t>
      </w:r>
      <w:proofErr w:type="spellStart"/>
      <w:r w:rsidRPr="00195833">
        <w:rPr>
          <w:rFonts w:ascii="Arial" w:hAnsi="Arial" w:cs="Arial"/>
          <w:sz w:val="22"/>
        </w:rPr>
        <w:t>podobě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dárkové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poukázky</w:t>
      </w:r>
      <w:proofErr w:type="spellEnd"/>
      <w:r w:rsidRPr="00195833">
        <w:rPr>
          <w:rFonts w:ascii="Arial" w:hAnsi="Arial" w:cs="Arial"/>
          <w:sz w:val="22"/>
        </w:rPr>
        <w:t xml:space="preserve">. U </w:t>
      </w:r>
      <w:proofErr w:type="spellStart"/>
      <w:r w:rsidRPr="00195833">
        <w:rPr>
          <w:rFonts w:ascii="Arial" w:hAnsi="Arial" w:cs="Arial"/>
          <w:sz w:val="22"/>
        </w:rPr>
        <w:t>příležitosti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významných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životních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jubileí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předávají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seniorům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dárek</w:t>
      </w:r>
      <w:proofErr w:type="spellEnd"/>
      <w:r w:rsidRPr="00195833">
        <w:rPr>
          <w:rFonts w:ascii="Arial" w:hAnsi="Arial" w:cs="Arial"/>
          <w:sz w:val="22"/>
        </w:rPr>
        <w:t xml:space="preserve"> a </w:t>
      </w:r>
      <w:proofErr w:type="spellStart"/>
      <w:r w:rsidRPr="00195833">
        <w:rPr>
          <w:rFonts w:ascii="Arial" w:hAnsi="Arial" w:cs="Arial"/>
          <w:sz w:val="22"/>
        </w:rPr>
        <w:t>přání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členky</w:t>
      </w:r>
      <w:proofErr w:type="spellEnd"/>
      <w:r w:rsidRPr="00195833">
        <w:rPr>
          <w:rFonts w:ascii="Arial" w:hAnsi="Arial" w:cs="Arial"/>
          <w:sz w:val="22"/>
        </w:rPr>
        <w:t xml:space="preserve"> SPOZ.</w:t>
      </w:r>
    </w:p>
    <w:p w14:paraId="6B9C6FFA" w14:textId="2B106A74" w:rsidR="0018443F" w:rsidRDefault="002A125B" w:rsidP="00F35D9A">
      <w:pPr>
        <w:pStyle w:val="Bezmezer"/>
        <w:rPr>
          <w:rFonts w:ascii="Arial" w:hAnsi="Arial" w:cs="Arial"/>
        </w:rPr>
      </w:pPr>
      <w:proofErr w:type="spellStart"/>
      <w:proofErr w:type="gramStart"/>
      <w:r w:rsidRPr="00195833">
        <w:rPr>
          <w:rFonts w:ascii="Arial" w:hAnsi="Arial" w:cs="Arial"/>
        </w:rPr>
        <w:t>Pravidelně</w:t>
      </w:r>
      <w:proofErr w:type="spellEnd"/>
      <w:r w:rsidRPr="00195833">
        <w:rPr>
          <w:rFonts w:ascii="Arial" w:hAnsi="Arial" w:cs="Arial"/>
        </w:rPr>
        <w:t xml:space="preserve"> </w:t>
      </w:r>
      <w:r w:rsidR="00F35D9A" w:rsidRPr="00195833">
        <w:rPr>
          <w:rFonts w:ascii="Arial" w:hAnsi="Arial" w:cs="Arial"/>
        </w:rPr>
        <w:t xml:space="preserve"> </w:t>
      </w:r>
      <w:proofErr w:type="spellStart"/>
      <w:r w:rsidRPr="00195833">
        <w:rPr>
          <w:rFonts w:ascii="Arial" w:hAnsi="Arial" w:cs="Arial"/>
        </w:rPr>
        <w:t>také</w:t>
      </w:r>
      <w:proofErr w:type="spellEnd"/>
      <w:proofErr w:type="gramEnd"/>
      <w:r w:rsidRPr="00195833">
        <w:rPr>
          <w:rFonts w:ascii="Arial" w:hAnsi="Arial" w:cs="Arial"/>
        </w:rPr>
        <w:t xml:space="preserve"> </w:t>
      </w:r>
      <w:proofErr w:type="spellStart"/>
      <w:r w:rsidRPr="00195833">
        <w:rPr>
          <w:rFonts w:ascii="Arial" w:hAnsi="Arial" w:cs="Arial"/>
        </w:rPr>
        <w:t>vítáme</w:t>
      </w:r>
      <w:proofErr w:type="spellEnd"/>
      <w:r w:rsidRPr="00195833">
        <w:rPr>
          <w:rFonts w:ascii="Arial" w:hAnsi="Arial" w:cs="Arial"/>
        </w:rPr>
        <w:t xml:space="preserve"> </w:t>
      </w:r>
      <w:proofErr w:type="spellStart"/>
      <w:r w:rsidRPr="00195833">
        <w:rPr>
          <w:rFonts w:ascii="Arial" w:hAnsi="Arial" w:cs="Arial"/>
        </w:rPr>
        <w:t>nové</w:t>
      </w:r>
      <w:proofErr w:type="spellEnd"/>
      <w:r w:rsidRPr="00195833">
        <w:rPr>
          <w:rFonts w:ascii="Arial" w:hAnsi="Arial" w:cs="Arial"/>
        </w:rPr>
        <w:t xml:space="preserve"> </w:t>
      </w:r>
      <w:proofErr w:type="spellStart"/>
      <w:r w:rsidRPr="00195833">
        <w:rPr>
          <w:rFonts w:ascii="Arial" w:hAnsi="Arial" w:cs="Arial"/>
        </w:rPr>
        <w:t>občánky</w:t>
      </w:r>
      <w:proofErr w:type="spellEnd"/>
      <w:r w:rsidRPr="00195833">
        <w:rPr>
          <w:rFonts w:ascii="Arial" w:hAnsi="Arial" w:cs="Arial"/>
        </w:rPr>
        <w:t xml:space="preserve">. </w:t>
      </w:r>
      <w:proofErr w:type="spellStart"/>
      <w:proofErr w:type="gramStart"/>
      <w:r w:rsidRPr="00195833">
        <w:rPr>
          <w:rFonts w:ascii="Arial" w:hAnsi="Arial" w:cs="Arial"/>
        </w:rPr>
        <w:t>Kromě</w:t>
      </w:r>
      <w:proofErr w:type="spellEnd"/>
      <w:r w:rsidRPr="00195833">
        <w:rPr>
          <w:rFonts w:ascii="Arial" w:hAnsi="Arial" w:cs="Arial"/>
        </w:rPr>
        <w:t xml:space="preserve"> </w:t>
      </w:r>
      <w:r w:rsidR="0018443F" w:rsidRPr="00195833">
        <w:rPr>
          <w:rFonts w:ascii="Arial" w:hAnsi="Arial" w:cs="Arial"/>
        </w:rPr>
        <w:t xml:space="preserve"> </w:t>
      </w:r>
      <w:proofErr w:type="spellStart"/>
      <w:r w:rsidRPr="00195833">
        <w:rPr>
          <w:rFonts w:ascii="Arial" w:hAnsi="Arial" w:cs="Arial"/>
        </w:rPr>
        <w:t>malého</w:t>
      </w:r>
      <w:proofErr w:type="spellEnd"/>
      <w:proofErr w:type="gramEnd"/>
      <w:r w:rsidRPr="00195833">
        <w:rPr>
          <w:rFonts w:ascii="Arial" w:hAnsi="Arial" w:cs="Arial"/>
        </w:rPr>
        <w:t xml:space="preserve"> </w:t>
      </w:r>
      <w:proofErr w:type="spellStart"/>
      <w:proofErr w:type="gramStart"/>
      <w:r w:rsidRPr="00195833">
        <w:rPr>
          <w:rFonts w:ascii="Arial" w:hAnsi="Arial" w:cs="Arial"/>
        </w:rPr>
        <w:t>dárku</w:t>
      </w:r>
      <w:proofErr w:type="spellEnd"/>
      <w:r w:rsidRPr="00195833">
        <w:rPr>
          <w:rFonts w:ascii="Arial" w:hAnsi="Arial" w:cs="Arial"/>
        </w:rPr>
        <w:t xml:space="preserve"> </w:t>
      </w:r>
      <w:r w:rsidR="0018443F" w:rsidRPr="00195833">
        <w:rPr>
          <w:rFonts w:ascii="Arial" w:hAnsi="Arial" w:cs="Arial"/>
        </w:rPr>
        <w:t xml:space="preserve"> </w:t>
      </w:r>
      <w:proofErr w:type="spellStart"/>
      <w:r w:rsidRPr="00195833">
        <w:rPr>
          <w:rFonts w:ascii="Arial" w:hAnsi="Arial" w:cs="Arial"/>
        </w:rPr>
        <w:t>dostávají</w:t>
      </w:r>
      <w:proofErr w:type="spellEnd"/>
      <w:proofErr w:type="gramEnd"/>
      <w:r w:rsidRPr="00195833">
        <w:rPr>
          <w:rFonts w:ascii="Arial" w:hAnsi="Arial" w:cs="Arial"/>
        </w:rPr>
        <w:t xml:space="preserve"> o</w:t>
      </w:r>
      <w:r w:rsidR="0018443F" w:rsidRPr="00195833">
        <w:rPr>
          <w:rFonts w:ascii="Arial" w:hAnsi="Arial" w:cs="Arial"/>
        </w:rPr>
        <w:t xml:space="preserve"> </w:t>
      </w:r>
      <w:proofErr w:type="gramStart"/>
      <w:r w:rsidRPr="00195833">
        <w:rPr>
          <w:rFonts w:ascii="Arial" w:hAnsi="Arial" w:cs="Arial"/>
        </w:rPr>
        <w:t xml:space="preserve">d </w:t>
      </w:r>
      <w:r w:rsidR="0018443F" w:rsidRPr="00195833">
        <w:rPr>
          <w:rFonts w:ascii="Arial" w:hAnsi="Arial" w:cs="Arial"/>
        </w:rPr>
        <w:t xml:space="preserve"> </w:t>
      </w:r>
      <w:proofErr w:type="spellStart"/>
      <w:r w:rsidRPr="00195833">
        <w:rPr>
          <w:rFonts w:ascii="Arial" w:hAnsi="Arial" w:cs="Arial"/>
        </w:rPr>
        <w:t>obce</w:t>
      </w:r>
      <w:proofErr w:type="spellEnd"/>
      <w:proofErr w:type="gramEnd"/>
      <w:r w:rsidRPr="00195833">
        <w:rPr>
          <w:rFonts w:ascii="Arial" w:hAnsi="Arial" w:cs="Arial"/>
        </w:rPr>
        <w:t xml:space="preserve"> </w:t>
      </w:r>
      <w:r w:rsidR="0018443F" w:rsidRPr="00195833">
        <w:rPr>
          <w:rFonts w:ascii="Arial" w:hAnsi="Arial" w:cs="Arial"/>
        </w:rPr>
        <w:t xml:space="preserve"> </w:t>
      </w:r>
      <w:proofErr w:type="spellStart"/>
      <w:proofErr w:type="gramStart"/>
      <w:r w:rsidRPr="00195833">
        <w:rPr>
          <w:rFonts w:ascii="Arial" w:hAnsi="Arial" w:cs="Arial"/>
        </w:rPr>
        <w:t>příspěvek</w:t>
      </w:r>
      <w:proofErr w:type="spellEnd"/>
      <w:r w:rsidRPr="00195833">
        <w:rPr>
          <w:rFonts w:ascii="Arial" w:hAnsi="Arial" w:cs="Arial"/>
        </w:rPr>
        <w:t xml:space="preserve"> </w:t>
      </w:r>
      <w:r w:rsidR="0018443F" w:rsidRPr="00195833">
        <w:rPr>
          <w:rFonts w:ascii="Arial" w:hAnsi="Arial" w:cs="Arial"/>
        </w:rPr>
        <w:t xml:space="preserve"> </w:t>
      </w:r>
      <w:r w:rsidRPr="00195833">
        <w:rPr>
          <w:rFonts w:ascii="Arial" w:hAnsi="Arial" w:cs="Arial"/>
        </w:rPr>
        <w:t>do</w:t>
      </w:r>
      <w:proofErr w:type="gramEnd"/>
      <w:r w:rsidRPr="00195833">
        <w:rPr>
          <w:rFonts w:ascii="Arial" w:hAnsi="Arial" w:cs="Arial"/>
        </w:rPr>
        <w:t xml:space="preserve"> </w:t>
      </w:r>
      <w:proofErr w:type="spellStart"/>
      <w:proofErr w:type="gramStart"/>
      <w:r w:rsidRPr="00195833">
        <w:rPr>
          <w:rFonts w:ascii="Arial" w:hAnsi="Arial" w:cs="Arial"/>
        </w:rPr>
        <w:t>života</w:t>
      </w:r>
      <w:proofErr w:type="spellEnd"/>
      <w:r w:rsidRPr="00195833">
        <w:rPr>
          <w:rFonts w:ascii="Arial" w:hAnsi="Arial" w:cs="Arial"/>
        </w:rPr>
        <w:t xml:space="preserve"> </w:t>
      </w:r>
      <w:r w:rsidR="0018443F" w:rsidRPr="00195833">
        <w:rPr>
          <w:rFonts w:ascii="Arial" w:hAnsi="Arial" w:cs="Arial"/>
        </w:rPr>
        <w:t xml:space="preserve"> </w:t>
      </w:r>
      <w:proofErr w:type="spellStart"/>
      <w:r w:rsidRPr="00195833">
        <w:rPr>
          <w:rFonts w:ascii="Arial" w:hAnsi="Arial" w:cs="Arial"/>
        </w:rPr>
        <w:t>ve</w:t>
      </w:r>
      <w:proofErr w:type="spellEnd"/>
      <w:proofErr w:type="gramEnd"/>
      <w:r w:rsidRPr="00195833">
        <w:rPr>
          <w:rFonts w:ascii="Arial" w:hAnsi="Arial" w:cs="Arial"/>
        </w:rPr>
        <w:t xml:space="preserve"> </w:t>
      </w:r>
      <w:r w:rsidR="0018443F" w:rsidRPr="00195833">
        <w:rPr>
          <w:rFonts w:ascii="Arial" w:hAnsi="Arial" w:cs="Arial"/>
        </w:rPr>
        <w:t xml:space="preserve"> </w:t>
      </w:r>
      <w:proofErr w:type="spellStart"/>
      <w:r w:rsidRPr="00195833">
        <w:rPr>
          <w:rFonts w:ascii="Arial" w:hAnsi="Arial" w:cs="Arial"/>
        </w:rPr>
        <w:t>výši</w:t>
      </w:r>
      <w:proofErr w:type="spellEnd"/>
      <w:r w:rsidR="00F35D9A" w:rsidRPr="00195833">
        <w:rPr>
          <w:rFonts w:ascii="Arial" w:hAnsi="Arial" w:cs="Arial"/>
        </w:rPr>
        <w:t xml:space="preserve"> 5 000,00 </w:t>
      </w:r>
      <w:proofErr w:type="spellStart"/>
      <w:r w:rsidR="00F35D9A" w:rsidRPr="00195833">
        <w:rPr>
          <w:rFonts w:ascii="Arial" w:hAnsi="Arial" w:cs="Arial"/>
        </w:rPr>
        <w:t>Kč</w:t>
      </w:r>
      <w:proofErr w:type="spellEnd"/>
    </w:p>
    <w:p w14:paraId="5F048149" w14:textId="77777777" w:rsidR="0000623F" w:rsidRDefault="0000623F" w:rsidP="00F35D9A">
      <w:pPr>
        <w:pStyle w:val="Bezmezer"/>
        <w:rPr>
          <w:rFonts w:ascii="Arial" w:hAnsi="Arial" w:cs="Arial"/>
        </w:rPr>
      </w:pPr>
    </w:p>
    <w:p w14:paraId="2C27508E" w14:textId="01296FCE" w:rsidR="0000623F" w:rsidRPr="00195833" w:rsidRDefault="005B4562" w:rsidP="00F35D9A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Příležitostí pro </w:t>
      </w:r>
      <w:proofErr w:type="spellStart"/>
      <w:r>
        <w:rPr>
          <w:rFonts w:ascii="Arial" w:hAnsi="Arial" w:cs="Arial"/>
        </w:rPr>
        <w:t>setkávání</w:t>
      </w:r>
      <w:proofErr w:type="spellEnd"/>
      <w:r>
        <w:rPr>
          <w:rFonts w:ascii="Arial" w:hAnsi="Arial" w:cs="Arial"/>
        </w:rPr>
        <w:t xml:space="preserve"> </w:t>
      </w:r>
      <w:r w:rsidR="00855CA3">
        <w:rPr>
          <w:rFonts w:ascii="Arial" w:hAnsi="Arial" w:cs="Arial"/>
        </w:rPr>
        <w:t xml:space="preserve">a </w:t>
      </w:r>
      <w:proofErr w:type="spellStart"/>
      <w:r w:rsidR="00855CA3">
        <w:rPr>
          <w:rFonts w:ascii="Arial" w:hAnsi="Arial" w:cs="Arial"/>
        </w:rPr>
        <w:t>společenský</w:t>
      </w:r>
      <w:proofErr w:type="spellEnd"/>
      <w:r w:rsidR="00855CA3">
        <w:rPr>
          <w:rFonts w:ascii="Arial" w:hAnsi="Arial" w:cs="Arial"/>
        </w:rPr>
        <w:t xml:space="preserve"> </w:t>
      </w:r>
      <w:proofErr w:type="spellStart"/>
      <w:r w:rsidR="00855CA3">
        <w:rPr>
          <w:rFonts w:ascii="Arial" w:hAnsi="Arial" w:cs="Arial"/>
        </w:rPr>
        <w:t>život</w:t>
      </w:r>
      <w:proofErr w:type="spellEnd"/>
      <w:r w:rsidR="00855CA3">
        <w:rPr>
          <w:rFonts w:ascii="Arial" w:hAnsi="Arial" w:cs="Arial"/>
        </w:rPr>
        <w:t xml:space="preserve"> v </w:t>
      </w:r>
      <w:proofErr w:type="spellStart"/>
      <w:r w:rsidR="00855CA3">
        <w:rPr>
          <w:rFonts w:ascii="Arial" w:hAnsi="Arial" w:cs="Arial"/>
        </w:rPr>
        <w:t>obci</w:t>
      </w:r>
      <w:proofErr w:type="spellEnd"/>
      <w:r w:rsidR="003C4481">
        <w:rPr>
          <w:rFonts w:ascii="Arial" w:hAnsi="Arial" w:cs="Arial"/>
        </w:rPr>
        <w:t xml:space="preserve"> je </w:t>
      </w:r>
      <w:proofErr w:type="spellStart"/>
      <w:r w:rsidR="00100493">
        <w:rPr>
          <w:rFonts w:ascii="Arial" w:hAnsi="Arial" w:cs="Arial"/>
        </w:rPr>
        <w:t>každoroční</w:t>
      </w:r>
      <w:proofErr w:type="spellEnd"/>
      <w:r w:rsidR="00100493">
        <w:rPr>
          <w:rFonts w:ascii="Arial" w:hAnsi="Arial" w:cs="Arial"/>
        </w:rPr>
        <w:t xml:space="preserve"> </w:t>
      </w:r>
      <w:proofErr w:type="spellStart"/>
      <w:r w:rsidR="00100493">
        <w:rPr>
          <w:rFonts w:ascii="Arial" w:hAnsi="Arial" w:cs="Arial"/>
        </w:rPr>
        <w:t>pořá</w:t>
      </w:r>
      <w:r w:rsidR="00783704">
        <w:rPr>
          <w:rFonts w:ascii="Arial" w:hAnsi="Arial" w:cs="Arial"/>
        </w:rPr>
        <w:t>dání</w:t>
      </w:r>
      <w:proofErr w:type="spellEnd"/>
      <w:r w:rsidR="00783704">
        <w:rPr>
          <w:rFonts w:ascii="Arial" w:hAnsi="Arial" w:cs="Arial"/>
        </w:rPr>
        <w:t xml:space="preserve"> </w:t>
      </w:r>
      <w:proofErr w:type="spellStart"/>
      <w:r w:rsidR="00783704">
        <w:rPr>
          <w:rFonts w:ascii="Arial" w:hAnsi="Arial" w:cs="Arial"/>
        </w:rPr>
        <w:t>obecního</w:t>
      </w:r>
      <w:proofErr w:type="spellEnd"/>
      <w:r w:rsidR="00783704">
        <w:rPr>
          <w:rFonts w:ascii="Arial" w:hAnsi="Arial" w:cs="Arial"/>
        </w:rPr>
        <w:t xml:space="preserve"> </w:t>
      </w:r>
      <w:proofErr w:type="spellStart"/>
      <w:r w:rsidR="00783704">
        <w:rPr>
          <w:rFonts w:ascii="Arial" w:hAnsi="Arial" w:cs="Arial"/>
        </w:rPr>
        <w:t>plesu</w:t>
      </w:r>
      <w:proofErr w:type="spellEnd"/>
      <w:r w:rsidR="001678AA">
        <w:rPr>
          <w:rFonts w:ascii="Arial" w:hAnsi="Arial" w:cs="Arial"/>
        </w:rPr>
        <w:t xml:space="preserve"> a </w:t>
      </w:r>
      <w:proofErr w:type="spellStart"/>
      <w:r w:rsidR="001678AA">
        <w:rPr>
          <w:rFonts w:ascii="Arial" w:hAnsi="Arial" w:cs="Arial"/>
        </w:rPr>
        <w:t>posvícenské</w:t>
      </w:r>
      <w:proofErr w:type="spellEnd"/>
      <w:r w:rsidR="001678AA">
        <w:rPr>
          <w:rFonts w:ascii="Arial" w:hAnsi="Arial" w:cs="Arial"/>
        </w:rPr>
        <w:t xml:space="preserve"> </w:t>
      </w:r>
      <w:proofErr w:type="spellStart"/>
      <w:r w:rsidR="001678AA">
        <w:rPr>
          <w:rFonts w:ascii="Arial" w:hAnsi="Arial" w:cs="Arial"/>
        </w:rPr>
        <w:t>zábavy</w:t>
      </w:r>
      <w:proofErr w:type="spellEnd"/>
      <w:r w:rsidR="001678AA">
        <w:rPr>
          <w:rFonts w:ascii="Arial" w:hAnsi="Arial" w:cs="Arial"/>
        </w:rPr>
        <w:t xml:space="preserve">. S </w:t>
      </w:r>
      <w:proofErr w:type="spellStart"/>
      <w:r w:rsidR="001678AA">
        <w:rPr>
          <w:rFonts w:ascii="Arial" w:hAnsi="Arial" w:cs="Arial"/>
        </w:rPr>
        <w:t>ohledem</w:t>
      </w:r>
      <w:proofErr w:type="spellEnd"/>
      <w:r w:rsidR="001678AA">
        <w:rPr>
          <w:rFonts w:ascii="Arial" w:hAnsi="Arial" w:cs="Arial"/>
        </w:rPr>
        <w:t xml:space="preserve"> </w:t>
      </w:r>
      <w:proofErr w:type="spellStart"/>
      <w:r w:rsidR="001678AA">
        <w:rPr>
          <w:rFonts w:ascii="Arial" w:hAnsi="Arial" w:cs="Arial"/>
        </w:rPr>
        <w:t>na</w:t>
      </w:r>
      <w:proofErr w:type="spellEnd"/>
      <w:r w:rsidR="001678AA">
        <w:rPr>
          <w:rFonts w:ascii="Arial" w:hAnsi="Arial" w:cs="Arial"/>
        </w:rPr>
        <w:t xml:space="preserve"> </w:t>
      </w:r>
      <w:proofErr w:type="spellStart"/>
      <w:r w:rsidR="001678AA">
        <w:rPr>
          <w:rFonts w:ascii="Arial" w:hAnsi="Arial" w:cs="Arial"/>
        </w:rPr>
        <w:t>aktuální</w:t>
      </w:r>
      <w:proofErr w:type="spellEnd"/>
      <w:r w:rsidR="001678AA">
        <w:rPr>
          <w:rFonts w:ascii="Arial" w:hAnsi="Arial" w:cs="Arial"/>
        </w:rPr>
        <w:t xml:space="preserve"> </w:t>
      </w:r>
      <w:proofErr w:type="spellStart"/>
      <w:r w:rsidR="001678AA">
        <w:rPr>
          <w:rFonts w:ascii="Arial" w:hAnsi="Arial" w:cs="Arial"/>
        </w:rPr>
        <w:t>dopravní</w:t>
      </w:r>
      <w:proofErr w:type="spellEnd"/>
      <w:r w:rsidR="001678AA">
        <w:rPr>
          <w:rFonts w:ascii="Arial" w:hAnsi="Arial" w:cs="Arial"/>
        </w:rPr>
        <w:t xml:space="preserve"> </w:t>
      </w:r>
      <w:proofErr w:type="spellStart"/>
      <w:r w:rsidR="001678AA">
        <w:rPr>
          <w:rFonts w:ascii="Arial" w:hAnsi="Arial" w:cs="Arial"/>
        </w:rPr>
        <w:t>situaci</w:t>
      </w:r>
      <w:proofErr w:type="spellEnd"/>
      <w:r w:rsidR="00F31203">
        <w:rPr>
          <w:rFonts w:ascii="Arial" w:hAnsi="Arial" w:cs="Arial"/>
        </w:rPr>
        <w:t xml:space="preserve"> </w:t>
      </w:r>
      <w:proofErr w:type="spellStart"/>
      <w:r w:rsidR="00F31203">
        <w:rPr>
          <w:rFonts w:ascii="Arial" w:hAnsi="Arial" w:cs="Arial"/>
        </w:rPr>
        <w:t>související</w:t>
      </w:r>
      <w:proofErr w:type="spellEnd"/>
      <w:r w:rsidR="00F31203">
        <w:rPr>
          <w:rFonts w:ascii="Arial" w:hAnsi="Arial" w:cs="Arial"/>
        </w:rPr>
        <w:t xml:space="preserve"> se </w:t>
      </w:r>
      <w:proofErr w:type="spellStart"/>
      <w:r w:rsidR="00F31203">
        <w:rPr>
          <w:rFonts w:ascii="Arial" w:hAnsi="Arial" w:cs="Arial"/>
        </w:rPr>
        <w:t>stavbou</w:t>
      </w:r>
      <w:proofErr w:type="spellEnd"/>
      <w:r w:rsidR="00F31203">
        <w:rPr>
          <w:rFonts w:ascii="Arial" w:hAnsi="Arial" w:cs="Arial"/>
        </w:rPr>
        <w:t xml:space="preserve"> </w:t>
      </w:r>
      <w:proofErr w:type="spellStart"/>
      <w:r w:rsidR="00F31203">
        <w:rPr>
          <w:rFonts w:ascii="Arial" w:hAnsi="Arial" w:cs="Arial"/>
        </w:rPr>
        <w:t>kanalizace</w:t>
      </w:r>
      <w:proofErr w:type="spellEnd"/>
      <w:r w:rsidR="00072B37">
        <w:rPr>
          <w:rFonts w:ascii="Arial" w:hAnsi="Arial" w:cs="Arial"/>
        </w:rPr>
        <w:t xml:space="preserve"> v </w:t>
      </w:r>
      <w:proofErr w:type="spellStart"/>
      <w:r w:rsidR="00072B37">
        <w:rPr>
          <w:rFonts w:ascii="Arial" w:hAnsi="Arial" w:cs="Arial"/>
        </w:rPr>
        <w:t>letošním</w:t>
      </w:r>
      <w:proofErr w:type="spellEnd"/>
      <w:r w:rsidR="00072B37">
        <w:rPr>
          <w:rFonts w:ascii="Arial" w:hAnsi="Arial" w:cs="Arial"/>
        </w:rPr>
        <w:t xml:space="preserve"> </w:t>
      </w:r>
      <w:proofErr w:type="spellStart"/>
      <w:r w:rsidR="00072B37">
        <w:rPr>
          <w:rFonts w:ascii="Arial" w:hAnsi="Arial" w:cs="Arial"/>
        </w:rPr>
        <w:t>roce</w:t>
      </w:r>
      <w:proofErr w:type="spellEnd"/>
      <w:r w:rsidR="00072B37">
        <w:rPr>
          <w:rFonts w:ascii="Arial" w:hAnsi="Arial" w:cs="Arial"/>
        </w:rPr>
        <w:t xml:space="preserve"> </w:t>
      </w:r>
      <w:proofErr w:type="spellStart"/>
      <w:r w:rsidR="00072B37">
        <w:rPr>
          <w:rFonts w:ascii="Arial" w:hAnsi="Arial" w:cs="Arial"/>
        </w:rPr>
        <w:t>nebylo</w:t>
      </w:r>
      <w:proofErr w:type="spellEnd"/>
      <w:r w:rsidR="00072B37">
        <w:rPr>
          <w:rFonts w:ascii="Arial" w:hAnsi="Arial" w:cs="Arial"/>
        </w:rPr>
        <w:t xml:space="preserve"> </w:t>
      </w:r>
      <w:proofErr w:type="spellStart"/>
      <w:r w:rsidR="004F4C6C">
        <w:rPr>
          <w:rFonts w:ascii="Arial" w:hAnsi="Arial" w:cs="Arial"/>
        </w:rPr>
        <w:t>možné</w:t>
      </w:r>
      <w:proofErr w:type="spellEnd"/>
      <w:r w:rsidR="004F4C6C">
        <w:rPr>
          <w:rFonts w:ascii="Arial" w:hAnsi="Arial" w:cs="Arial"/>
        </w:rPr>
        <w:t xml:space="preserve"> </w:t>
      </w:r>
      <w:proofErr w:type="spellStart"/>
      <w:r w:rsidR="004F4C6C">
        <w:rPr>
          <w:rFonts w:ascii="Arial" w:hAnsi="Arial" w:cs="Arial"/>
        </w:rPr>
        <w:t>zábavu</w:t>
      </w:r>
      <w:proofErr w:type="spellEnd"/>
      <w:r w:rsidR="004F4C6C">
        <w:rPr>
          <w:rFonts w:ascii="Arial" w:hAnsi="Arial" w:cs="Arial"/>
        </w:rPr>
        <w:t xml:space="preserve"> </w:t>
      </w:r>
      <w:proofErr w:type="spellStart"/>
      <w:r w:rsidR="004F4C6C">
        <w:rPr>
          <w:rFonts w:ascii="Arial" w:hAnsi="Arial" w:cs="Arial"/>
        </w:rPr>
        <w:t>uspořádat</w:t>
      </w:r>
      <w:proofErr w:type="spellEnd"/>
      <w:r w:rsidR="004F4C6C">
        <w:rPr>
          <w:rFonts w:ascii="Arial" w:hAnsi="Arial" w:cs="Arial"/>
        </w:rPr>
        <w:t>.</w:t>
      </w:r>
    </w:p>
    <w:p w14:paraId="1DB11E21" w14:textId="77777777" w:rsidR="00F35D9A" w:rsidRPr="00195833" w:rsidRDefault="00F35D9A" w:rsidP="0018443F">
      <w:pPr>
        <w:jc w:val="both"/>
        <w:rPr>
          <w:rFonts w:ascii="Arial" w:hAnsi="Arial" w:cs="Arial"/>
          <w:b/>
          <w:sz w:val="22"/>
        </w:rPr>
      </w:pPr>
    </w:p>
    <w:p w14:paraId="5C6B9B8D" w14:textId="77777777" w:rsidR="00F255A5" w:rsidRDefault="00F255A5" w:rsidP="0018443F">
      <w:pPr>
        <w:jc w:val="both"/>
        <w:rPr>
          <w:rFonts w:ascii="Arial" w:hAnsi="Arial" w:cs="Arial"/>
          <w:b/>
          <w:sz w:val="22"/>
        </w:rPr>
      </w:pPr>
    </w:p>
    <w:p w14:paraId="124B6564" w14:textId="5F0EF8CC" w:rsidR="00F00321" w:rsidRPr="00195833" w:rsidRDefault="002A125B" w:rsidP="0018443F">
      <w:pPr>
        <w:jc w:val="both"/>
        <w:rPr>
          <w:rFonts w:ascii="Arial" w:hAnsi="Arial" w:cs="Arial"/>
          <w:b/>
          <w:sz w:val="22"/>
        </w:rPr>
      </w:pPr>
      <w:proofErr w:type="spellStart"/>
      <w:r w:rsidRPr="00195833">
        <w:rPr>
          <w:rFonts w:ascii="Arial" w:hAnsi="Arial" w:cs="Arial"/>
          <w:b/>
          <w:sz w:val="22"/>
        </w:rPr>
        <w:t>Poděkování</w:t>
      </w:r>
      <w:proofErr w:type="spellEnd"/>
    </w:p>
    <w:p w14:paraId="00C337F7" w14:textId="77777777" w:rsidR="00F35D9A" w:rsidRPr="00195833" w:rsidRDefault="00F35D9A" w:rsidP="00F35D9A">
      <w:pPr>
        <w:spacing w:after="120"/>
        <w:jc w:val="both"/>
        <w:rPr>
          <w:rFonts w:ascii="Arial" w:hAnsi="Arial" w:cs="Arial"/>
          <w:sz w:val="22"/>
        </w:rPr>
      </w:pPr>
      <w:r w:rsidRPr="00195833">
        <w:rPr>
          <w:rFonts w:ascii="Arial" w:hAnsi="Arial" w:cs="Arial"/>
          <w:sz w:val="22"/>
        </w:rPr>
        <w:t xml:space="preserve">Jak </w:t>
      </w:r>
      <w:proofErr w:type="spellStart"/>
      <w:r w:rsidRPr="00195833">
        <w:rPr>
          <w:rFonts w:ascii="Arial" w:hAnsi="Arial" w:cs="Arial"/>
          <w:sz w:val="22"/>
        </w:rPr>
        <w:t>seniorům</w:t>
      </w:r>
      <w:proofErr w:type="spellEnd"/>
      <w:r w:rsidRPr="00195833">
        <w:rPr>
          <w:rFonts w:ascii="Arial" w:hAnsi="Arial" w:cs="Arial"/>
          <w:sz w:val="22"/>
        </w:rPr>
        <w:t xml:space="preserve">, </w:t>
      </w:r>
      <w:proofErr w:type="spellStart"/>
      <w:r w:rsidRPr="00195833">
        <w:rPr>
          <w:rFonts w:ascii="Arial" w:hAnsi="Arial" w:cs="Arial"/>
          <w:sz w:val="22"/>
        </w:rPr>
        <w:t>tak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našim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nejmenším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občánkům</w:t>
      </w:r>
      <w:proofErr w:type="spellEnd"/>
      <w:r w:rsidRPr="00195833">
        <w:rPr>
          <w:rFonts w:ascii="Arial" w:hAnsi="Arial" w:cs="Arial"/>
          <w:sz w:val="22"/>
        </w:rPr>
        <w:t xml:space="preserve"> a </w:t>
      </w:r>
      <w:proofErr w:type="spellStart"/>
      <w:r w:rsidRPr="00195833">
        <w:rPr>
          <w:rFonts w:ascii="Arial" w:hAnsi="Arial" w:cs="Arial"/>
          <w:sz w:val="22"/>
        </w:rPr>
        <w:t>jejich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rodinám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vždy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zpestří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slavnostní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chvíli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vystoupení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dětí</w:t>
      </w:r>
      <w:proofErr w:type="spellEnd"/>
      <w:r w:rsidRPr="00195833">
        <w:rPr>
          <w:rFonts w:ascii="Arial" w:hAnsi="Arial" w:cs="Arial"/>
          <w:sz w:val="22"/>
        </w:rPr>
        <w:t xml:space="preserve"> z </w:t>
      </w:r>
      <w:proofErr w:type="spellStart"/>
      <w:r w:rsidRPr="00195833">
        <w:rPr>
          <w:rFonts w:ascii="Arial" w:hAnsi="Arial" w:cs="Arial"/>
          <w:sz w:val="22"/>
        </w:rPr>
        <w:t>Mateřské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školy</w:t>
      </w:r>
      <w:proofErr w:type="spellEnd"/>
      <w:r w:rsidRPr="00195833">
        <w:rPr>
          <w:rFonts w:ascii="Arial" w:hAnsi="Arial" w:cs="Arial"/>
          <w:sz w:val="22"/>
        </w:rPr>
        <w:t xml:space="preserve">. Za to </w:t>
      </w:r>
      <w:proofErr w:type="spellStart"/>
      <w:r w:rsidRPr="00195833">
        <w:rPr>
          <w:rFonts w:ascii="Arial" w:hAnsi="Arial" w:cs="Arial"/>
          <w:sz w:val="22"/>
        </w:rPr>
        <w:t>patří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poděkování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dětem</w:t>
      </w:r>
      <w:proofErr w:type="spellEnd"/>
      <w:r w:rsidRPr="00195833">
        <w:rPr>
          <w:rFonts w:ascii="Arial" w:hAnsi="Arial" w:cs="Arial"/>
          <w:sz w:val="22"/>
        </w:rPr>
        <w:t xml:space="preserve">, </w:t>
      </w:r>
      <w:proofErr w:type="spellStart"/>
      <w:r w:rsidRPr="00195833">
        <w:rPr>
          <w:rFonts w:ascii="Arial" w:hAnsi="Arial" w:cs="Arial"/>
          <w:sz w:val="22"/>
        </w:rPr>
        <w:t>paní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ředitelce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i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paním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učitelkám</w:t>
      </w:r>
      <w:proofErr w:type="spellEnd"/>
      <w:r w:rsidRPr="00195833">
        <w:rPr>
          <w:rFonts w:ascii="Arial" w:hAnsi="Arial" w:cs="Arial"/>
          <w:sz w:val="22"/>
        </w:rPr>
        <w:t>.</w:t>
      </w:r>
    </w:p>
    <w:p w14:paraId="717D60E0" w14:textId="77777777" w:rsidR="00F00321" w:rsidRPr="00195833" w:rsidRDefault="002A125B" w:rsidP="0018443F">
      <w:pPr>
        <w:spacing w:after="120"/>
        <w:jc w:val="both"/>
        <w:rPr>
          <w:rFonts w:ascii="Arial" w:hAnsi="Arial" w:cs="Arial"/>
          <w:sz w:val="22"/>
        </w:rPr>
      </w:pPr>
      <w:proofErr w:type="spellStart"/>
      <w:r w:rsidRPr="00195833">
        <w:rPr>
          <w:rFonts w:ascii="Arial" w:hAnsi="Arial" w:cs="Arial"/>
          <w:sz w:val="22"/>
        </w:rPr>
        <w:t>Poděkování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patří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také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všem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zastupitelům</w:t>
      </w:r>
      <w:proofErr w:type="spellEnd"/>
      <w:r w:rsidRPr="00195833">
        <w:rPr>
          <w:rFonts w:ascii="Arial" w:hAnsi="Arial" w:cs="Arial"/>
          <w:sz w:val="22"/>
        </w:rPr>
        <w:t xml:space="preserve">, </w:t>
      </w:r>
      <w:proofErr w:type="spellStart"/>
      <w:r w:rsidRPr="00195833">
        <w:rPr>
          <w:rFonts w:ascii="Arial" w:hAnsi="Arial" w:cs="Arial"/>
          <w:sz w:val="22"/>
        </w:rPr>
        <w:t>zaměstnancům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obce</w:t>
      </w:r>
      <w:proofErr w:type="spellEnd"/>
      <w:r w:rsidRPr="00195833">
        <w:rPr>
          <w:rFonts w:ascii="Arial" w:hAnsi="Arial" w:cs="Arial"/>
          <w:sz w:val="22"/>
        </w:rPr>
        <w:t xml:space="preserve">, </w:t>
      </w:r>
      <w:proofErr w:type="spellStart"/>
      <w:r w:rsidRPr="00195833">
        <w:rPr>
          <w:rFonts w:ascii="Arial" w:hAnsi="Arial" w:cs="Arial"/>
          <w:sz w:val="22"/>
        </w:rPr>
        <w:t>partnerům</w:t>
      </w:r>
      <w:proofErr w:type="spellEnd"/>
      <w:r w:rsidRPr="00195833">
        <w:rPr>
          <w:rFonts w:ascii="Arial" w:hAnsi="Arial" w:cs="Arial"/>
          <w:sz w:val="22"/>
        </w:rPr>
        <w:t xml:space="preserve">, </w:t>
      </w:r>
      <w:proofErr w:type="spellStart"/>
      <w:r w:rsidRPr="00195833">
        <w:rPr>
          <w:rFonts w:ascii="Arial" w:hAnsi="Arial" w:cs="Arial"/>
          <w:sz w:val="22"/>
        </w:rPr>
        <w:t>dobrovolníkům</w:t>
      </w:r>
      <w:proofErr w:type="spellEnd"/>
      <w:r w:rsidRPr="00195833">
        <w:rPr>
          <w:rFonts w:ascii="Arial" w:hAnsi="Arial" w:cs="Arial"/>
          <w:sz w:val="22"/>
        </w:rPr>
        <w:t xml:space="preserve"> a </w:t>
      </w:r>
      <w:proofErr w:type="spellStart"/>
      <w:r w:rsidRPr="00195833">
        <w:rPr>
          <w:rFonts w:ascii="Arial" w:hAnsi="Arial" w:cs="Arial"/>
          <w:sz w:val="22"/>
        </w:rPr>
        <w:t>všem</w:t>
      </w:r>
      <w:proofErr w:type="spellEnd"/>
      <w:r w:rsidRPr="00195833">
        <w:rPr>
          <w:rFonts w:ascii="Arial" w:hAnsi="Arial" w:cs="Arial"/>
          <w:sz w:val="22"/>
        </w:rPr>
        <w:t xml:space="preserve">, </w:t>
      </w:r>
      <w:proofErr w:type="spellStart"/>
      <w:r w:rsidRPr="00195833">
        <w:rPr>
          <w:rFonts w:ascii="Arial" w:hAnsi="Arial" w:cs="Arial"/>
          <w:sz w:val="22"/>
        </w:rPr>
        <w:t>kteří</w:t>
      </w:r>
      <w:proofErr w:type="spellEnd"/>
      <w:r w:rsidRPr="00195833">
        <w:rPr>
          <w:rFonts w:ascii="Arial" w:hAnsi="Arial" w:cs="Arial"/>
          <w:sz w:val="22"/>
        </w:rPr>
        <w:t xml:space="preserve"> se </w:t>
      </w:r>
      <w:proofErr w:type="spellStart"/>
      <w:r w:rsidRPr="00195833">
        <w:rPr>
          <w:rFonts w:ascii="Arial" w:hAnsi="Arial" w:cs="Arial"/>
          <w:sz w:val="22"/>
        </w:rPr>
        <w:t>jakýmkoli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způsobem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podílejí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životě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naší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obce</w:t>
      </w:r>
      <w:proofErr w:type="spellEnd"/>
      <w:r w:rsidRPr="00195833">
        <w:rPr>
          <w:rFonts w:ascii="Arial" w:hAnsi="Arial" w:cs="Arial"/>
          <w:sz w:val="22"/>
        </w:rPr>
        <w:t>.</w:t>
      </w:r>
    </w:p>
    <w:p w14:paraId="71FA7060" w14:textId="77777777" w:rsidR="00F00321" w:rsidRPr="00195833" w:rsidRDefault="002A125B" w:rsidP="0018443F">
      <w:pPr>
        <w:jc w:val="both"/>
        <w:rPr>
          <w:rFonts w:ascii="Arial" w:hAnsi="Arial" w:cs="Arial"/>
          <w:sz w:val="22"/>
        </w:rPr>
      </w:pPr>
      <w:proofErr w:type="spellStart"/>
      <w:r w:rsidRPr="00195833">
        <w:rPr>
          <w:rFonts w:ascii="Arial" w:hAnsi="Arial" w:cs="Arial"/>
          <w:b/>
          <w:sz w:val="22"/>
        </w:rPr>
        <w:t>Kandidáti</w:t>
      </w:r>
      <w:proofErr w:type="spellEnd"/>
      <w:r w:rsidRPr="00195833">
        <w:rPr>
          <w:rFonts w:ascii="Arial" w:hAnsi="Arial" w:cs="Arial"/>
          <w:b/>
          <w:sz w:val="22"/>
        </w:rPr>
        <w:t xml:space="preserve"> do </w:t>
      </w:r>
      <w:proofErr w:type="spellStart"/>
      <w:r w:rsidRPr="00195833">
        <w:rPr>
          <w:rFonts w:ascii="Arial" w:hAnsi="Arial" w:cs="Arial"/>
          <w:b/>
          <w:sz w:val="22"/>
        </w:rPr>
        <w:t>komunálních</w:t>
      </w:r>
      <w:proofErr w:type="spellEnd"/>
      <w:r w:rsidRPr="00195833">
        <w:rPr>
          <w:rFonts w:ascii="Arial" w:hAnsi="Arial" w:cs="Arial"/>
          <w:b/>
          <w:sz w:val="22"/>
        </w:rPr>
        <w:t xml:space="preserve"> </w:t>
      </w:r>
      <w:proofErr w:type="spellStart"/>
      <w:r w:rsidRPr="00195833">
        <w:rPr>
          <w:rFonts w:ascii="Arial" w:hAnsi="Arial" w:cs="Arial"/>
          <w:b/>
          <w:sz w:val="22"/>
        </w:rPr>
        <w:t>voleb</w:t>
      </w:r>
      <w:proofErr w:type="spellEnd"/>
    </w:p>
    <w:p w14:paraId="2FB60E95" w14:textId="77777777" w:rsidR="00F00321" w:rsidRPr="00195833" w:rsidRDefault="002A125B" w:rsidP="0018443F">
      <w:pPr>
        <w:spacing w:after="120"/>
        <w:jc w:val="both"/>
        <w:rPr>
          <w:rFonts w:ascii="Arial" w:hAnsi="Arial" w:cs="Arial"/>
          <w:sz w:val="22"/>
        </w:rPr>
      </w:pPr>
      <w:proofErr w:type="spellStart"/>
      <w:r w:rsidRPr="00195833">
        <w:rPr>
          <w:rFonts w:ascii="Arial" w:hAnsi="Arial" w:cs="Arial"/>
          <w:sz w:val="22"/>
        </w:rPr>
        <w:t>Současné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volební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období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končí</w:t>
      </w:r>
      <w:proofErr w:type="spellEnd"/>
      <w:r w:rsidRPr="00195833">
        <w:rPr>
          <w:rFonts w:ascii="Arial" w:hAnsi="Arial" w:cs="Arial"/>
          <w:sz w:val="22"/>
        </w:rPr>
        <w:t xml:space="preserve"> a </w:t>
      </w:r>
      <w:proofErr w:type="spellStart"/>
      <w:r w:rsidRPr="00195833">
        <w:rPr>
          <w:rFonts w:ascii="Arial" w:hAnsi="Arial" w:cs="Arial"/>
          <w:sz w:val="22"/>
        </w:rPr>
        <w:t>blíží</w:t>
      </w:r>
      <w:proofErr w:type="spellEnd"/>
      <w:r w:rsidRPr="00195833">
        <w:rPr>
          <w:rFonts w:ascii="Arial" w:hAnsi="Arial" w:cs="Arial"/>
          <w:sz w:val="22"/>
        </w:rPr>
        <w:t xml:space="preserve"> se </w:t>
      </w:r>
      <w:proofErr w:type="spellStart"/>
      <w:r w:rsidRPr="00195833">
        <w:rPr>
          <w:rFonts w:ascii="Arial" w:hAnsi="Arial" w:cs="Arial"/>
          <w:sz w:val="22"/>
        </w:rPr>
        <w:t>nové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komunální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volby</w:t>
      </w:r>
      <w:proofErr w:type="spellEnd"/>
      <w:r w:rsidRPr="00195833">
        <w:rPr>
          <w:rFonts w:ascii="Arial" w:hAnsi="Arial" w:cs="Arial"/>
          <w:sz w:val="22"/>
        </w:rPr>
        <w:t xml:space="preserve">, ze </w:t>
      </w:r>
      <w:proofErr w:type="spellStart"/>
      <w:r w:rsidRPr="00195833">
        <w:rPr>
          <w:rFonts w:ascii="Arial" w:hAnsi="Arial" w:cs="Arial"/>
          <w:sz w:val="22"/>
        </w:rPr>
        <w:t>kterých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vzejdou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noví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členové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zastupitelstva</w:t>
      </w:r>
      <w:proofErr w:type="spellEnd"/>
      <w:r w:rsidRPr="00195833">
        <w:rPr>
          <w:rFonts w:ascii="Arial" w:hAnsi="Arial" w:cs="Arial"/>
          <w:sz w:val="22"/>
        </w:rPr>
        <w:t xml:space="preserve"> pro </w:t>
      </w:r>
      <w:proofErr w:type="spellStart"/>
      <w:r w:rsidRPr="00195833">
        <w:rPr>
          <w:rFonts w:ascii="Arial" w:hAnsi="Arial" w:cs="Arial"/>
          <w:sz w:val="22"/>
        </w:rPr>
        <w:t>následující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čtyři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roky</w:t>
      </w:r>
      <w:proofErr w:type="spellEnd"/>
      <w:r w:rsidRPr="00195833">
        <w:rPr>
          <w:rFonts w:ascii="Arial" w:hAnsi="Arial" w:cs="Arial"/>
          <w:sz w:val="22"/>
        </w:rPr>
        <w:t xml:space="preserve">. </w:t>
      </w:r>
      <w:proofErr w:type="spellStart"/>
      <w:r w:rsidRPr="00195833">
        <w:rPr>
          <w:rFonts w:ascii="Arial" w:hAnsi="Arial" w:cs="Arial"/>
          <w:sz w:val="22"/>
        </w:rPr>
        <w:t>Někteří</w:t>
      </w:r>
      <w:proofErr w:type="spellEnd"/>
      <w:r w:rsidRPr="00195833">
        <w:rPr>
          <w:rFonts w:ascii="Arial" w:hAnsi="Arial" w:cs="Arial"/>
          <w:sz w:val="22"/>
        </w:rPr>
        <w:t xml:space="preserve"> ze </w:t>
      </w:r>
      <w:proofErr w:type="spellStart"/>
      <w:r w:rsidRPr="00195833">
        <w:rPr>
          <w:rFonts w:ascii="Arial" w:hAnsi="Arial" w:cs="Arial"/>
          <w:sz w:val="22"/>
        </w:rPr>
        <w:t>současných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zastupitelů</w:t>
      </w:r>
      <w:proofErr w:type="spellEnd"/>
      <w:r w:rsidRPr="00195833">
        <w:rPr>
          <w:rFonts w:ascii="Arial" w:hAnsi="Arial" w:cs="Arial"/>
          <w:sz w:val="22"/>
        </w:rPr>
        <w:t xml:space="preserve"> se </w:t>
      </w:r>
      <w:proofErr w:type="spellStart"/>
      <w:r w:rsidRPr="00195833">
        <w:rPr>
          <w:rFonts w:ascii="Arial" w:hAnsi="Arial" w:cs="Arial"/>
          <w:sz w:val="22"/>
        </w:rPr>
        <w:t>rozhodli</w:t>
      </w:r>
      <w:proofErr w:type="spellEnd"/>
      <w:r w:rsidRPr="00195833">
        <w:rPr>
          <w:rFonts w:ascii="Arial" w:hAnsi="Arial" w:cs="Arial"/>
          <w:sz w:val="22"/>
        </w:rPr>
        <w:t xml:space="preserve"> v </w:t>
      </w:r>
      <w:proofErr w:type="spellStart"/>
      <w:r w:rsidRPr="00195833">
        <w:rPr>
          <w:rFonts w:ascii="Arial" w:hAnsi="Arial" w:cs="Arial"/>
          <w:sz w:val="22"/>
        </w:rPr>
        <w:t>dosavadní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práci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dále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nepokračovat</w:t>
      </w:r>
      <w:proofErr w:type="spellEnd"/>
      <w:r w:rsidRPr="00195833">
        <w:rPr>
          <w:rFonts w:ascii="Arial" w:hAnsi="Arial" w:cs="Arial"/>
          <w:sz w:val="22"/>
        </w:rPr>
        <w:t xml:space="preserve">, a </w:t>
      </w:r>
      <w:proofErr w:type="spellStart"/>
      <w:r w:rsidRPr="00195833">
        <w:rPr>
          <w:rFonts w:ascii="Arial" w:hAnsi="Arial" w:cs="Arial"/>
          <w:sz w:val="22"/>
        </w:rPr>
        <w:t>tudíž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již</w:t>
      </w:r>
      <w:proofErr w:type="spellEnd"/>
      <w:r w:rsidRPr="00195833">
        <w:rPr>
          <w:rFonts w:ascii="Arial" w:hAnsi="Arial" w:cs="Arial"/>
          <w:sz w:val="22"/>
        </w:rPr>
        <w:t xml:space="preserve"> v </w:t>
      </w:r>
      <w:proofErr w:type="spellStart"/>
      <w:r w:rsidRPr="00195833">
        <w:rPr>
          <w:rFonts w:ascii="Arial" w:hAnsi="Arial" w:cs="Arial"/>
          <w:sz w:val="22"/>
        </w:rPr>
        <w:t>následujících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volbách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nekandidují</w:t>
      </w:r>
      <w:proofErr w:type="spellEnd"/>
      <w:r w:rsidRPr="00195833">
        <w:rPr>
          <w:rFonts w:ascii="Arial" w:hAnsi="Arial" w:cs="Arial"/>
          <w:sz w:val="22"/>
        </w:rPr>
        <w:t>.</w:t>
      </w:r>
    </w:p>
    <w:p w14:paraId="765A3FC5" w14:textId="0D21BC2A" w:rsidR="00F00321" w:rsidRPr="00195833" w:rsidRDefault="00B5368A" w:rsidP="00337AE6">
      <w:pPr>
        <w:pStyle w:val="Bezmezer"/>
        <w:rPr>
          <w:rFonts w:ascii="Arial" w:hAnsi="Arial" w:cs="Arial"/>
        </w:rPr>
      </w:pPr>
      <w:r w:rsidRPr="00195833">
        <w:rPr>
          <w:rFonts w:ascii="Arial" w:hAnsi="Arial" w:cs="Arial"/>
        </w:rPr>
        <w:t xml:space="preserve">Ze </w:t>
      </w:r>
      <w:proofErr w:type="spellStart"/>
      <w:r w:rsidRPr="00195833">
        <w:rPr>
          <w:rFonts w:ascii="Arial" w:hAnsi="Arial" w:cs="Arial"/>
        </w:rPr>
        <w:t>stávajících</w:t>
      </w:r>
      <w:proofErr w:type="spellEnd"/>
      <w:r w:rsidRPr="00195833">
        <w:rPr>
          <w:rFonts w:ascii="Arial" w:hAnsi="Arial" w:cs="Arial"/>
        </w:rPr>
        <w:t xml:space="preserve"> </w:t>
      </w:r>
      <w:proofErr w:type="spellStart"/>
      <w:r w:rsidRPr="00195833">
        <w:rPr>
          <w:rFonts w:ascii="Arial" w:hAnsi="Arial" w:cs="Arial"/>
        </w:rPr>
        <w:t>zastupitelů</w:t>
      </w:r>
      <w:proofErr w:type="spellEnd"/>
      <w:r w:rsidRPr="00195833">
        <w:rPr>
          <w:rFonts w:ascii="Arial" w:hAnsi="Arial" w:cs="Arial"/>
        </w:rPr>
        <w:t xml:space="preserve"> </w:t>
      </w:r>
      <w:proofErr w:type="spellStart"/>
      <w:r w:rsidRPr="00195833">
        <w:rPr>
          <w:rFonts w:ascii="Arial" w:hAnsi="Arial" w:cs="Arial"/>
        </w:rPr>
        <w:t>budou</w:t>
      </w:r>
      <w:proofErr w:type="spellEnd"/>
      <w:r w:rsidRPr="00195833">
        <w:rPr>
          <w:rFonts w:ascii="Arial" w:hAnsi="Arial" w:cs="Arial"/>
        </w:rPr>
        <w:t xml:space="preserve"> </w:t>
      </w:r>
      <w:proofErr w:type="spellStart"/>
      <w:r w:rsidRPr="00195833">
        <w:rPr>
          <w:rFonts w:ascii="Arial" w:hAnsi="Arial" w:cs="Arial"/>
        </w:rPr>
        <w:t>kandidovat</w:t>
      </w:r>
      <w:proofErr w:type="spellEnd"/>
      <w:r w:rsidRPr="00195833">
        <w:rPr>
          <w:rFonts w:ascii="Arial" w:hAnsi="Arial" w:cs="Arial"/>
        </w:rPr>
        <w:t>:</w:t>
      </w:r>
    </w:p>
    <w:p w14:paraId="7F4D5A01" w14:textId="77777777" w:rsidR="00F00321" w:rsidRPr="00195833" w:rsidRDefault="002A125B" w:rsidP="00337AE6">
      <w:pPr>
        <w:pStyle w:val="Bezmezer"/>
        <w:rPr>
          <w:rFonts w:ascii="Arial" w:hAnsi="Arial" w:cs="Arial"/>
        </w:rPr>
      </w:pPr>
      <w:r w:rsidRPr="00195833">
        <w:rPr>
          <w:rFonts w:ascii="Arial" w:hAnsi="Arial" w:cs="Arial"/>
        </w:rPr>
        <w:t xml:space="preserve">• Eva Baťková, 61 let, </w:t>
      </w:r>
      <w:proofErr w:type="spellStart"/>
      <w:r w:rsidRPr="00195833">
        <w:rPr>
          <w:rFonts w:ascii="Arial" w:hAnsi="Arial" w:cs="Arial"/>
        </w:rPr>
        <w:t>referentka</w:t>
      </w:r>
      <w:proofErr w:type="spellEnd"/>
      <w:r w:rsidRPr="00195833">
        <w:rPr>
          <w:rFonts w:ascii="Arial" w:hAnsi="Arial" w:cs="Arial"/>
        </w:rPr>
        <w:t xml:space="preserve"> </w:t>
      </w:r>
      <w:proofErr w:type="spellStart"/>
      <w:r w:rsidRPr="00195833">
        <w:rPr>
          <w:rFonts w:ascii="Arial" w:hAnsi="Arial" w:cs="Arial"/>
        </w:rPr>
        <w:t>krajského</w:t>
      </w:r>
      <w:proofErr w:type="spellEnd"/>
      <w:r w:rsidRPr="00195833">
        <w:rPr>
          <w:rFonts w:ascii="Arial" w:hAnsi="Arial" w:cs="Arial"/>
        </w:rPr>
        <w:t xml:space="preserve"> </w:t>
      </w:r>
      <w:proofErr w:type="spellStart"/>
      <w:r w:rsidRPr="00195833">
        <w:rPr>
          <w:rFonts w:ascii="Arial" w:hAnsi="Arial" w:cs="Arial"/>
        </w:rPr>
        <w:t>úřadu</w:t>
      </w:r>
      <w:proofErr w:type="spellEnd"/>
    </w:p>
    <w:p w14:paraId="5582D8DD" w14:textId="77777777" w:rsidR="00F00321" w:rsidRPr="00195833" w:rsidRDefault="002A125B" w:rsidP="00337AE6">
      <w:pPr>
        <w:pStyle w:val="Bezmezer"/>
        <w:rPr>
          <w:rFonts w:ascii="Arial" w:hAnsi="Arial" w:cs="Arial"/>
        </w:rPr>
      </w:pPr>
      <w:r w:rsidRPr="00195833">
        <w:rPr>
          <w:rFonts w:ascii="Arial" w:hAnsi="Arial" w:cs="Arial"/>
        </w:rPr>
        <w:t xml:space="preserve">• Ing. Anna Pochobradská, 66 let, </w:t>
      </w:r>
      <w:proofErr w:type="spellStart"/>
      <w:r w:rsidRPr="00195833">
        <w:rPr>
          <w:rFonts w:ascii="Arial" w:hAnsi="Arial" w:cs="Arial"/>
        </w:rPr>
        <w:t>zástupkyně</w:t>
      </w:r>
      <w:proofErr w:type="spellEnd"/>
      <w:r w:rsidRPr="00195833">
        <w:rPr>
          <w:rFonts w:ascii="Arial" w:hAnsi="Arial" w:cs="Arial"/>
        </w:rPr>
        <w:t xml:space="preserve"> </w:t>
      </w:r>
      <w:proofErr w:type="spellStart"/>
      <w:r w:rsidRPr="00195833">
        <w:rPr>
          <w:rFonts w:ascii="Arial" w:hAnsi="Arial" w:cs="Arial"/>
        </w:rPr>
        <w:t>ředitele</w:t>
      </w:r>
      <w:proofErr w:type="spellEnd"/>
      <w:r w:rsidRPr="00195833">
        <w:rPr>
          <w:rFonts w:ascii="Arial" w:hAnsi="Arial" w:cs="Arial"/>
        </w:rPr>
        <w:t xml:space="preserve"> </w:t>
      </w:r>
      <w:proofErr w:type="spellStart"/>
      <w:r w:rsidRPr="00195833">
        <w:rPr>
          <w:rFonts w:ascii="Arial" w:hAnsi="Arial" w:cs="Arial"/>
        </w:rPr>
        <w:t>střední</w:t>
      </w:r>
      <w:proofErr w:type="spellEnd"/>
      <w:r w:rsidRPr="00195833">
        <w:rPr>
          <w:rFonts w:ascii="Arial" w:hAnsi="Arial" w:cs="Arial"/>
        </w:rPr>
        <w:t xml:space="preserve"> </w:t>
      </w:r>
      <w:proofErr w:type="spellStart"/>
      <w:r w:rsidRPr="00195833">
        <w:rPr>
          <w:rFonts w:ascii="Arial" w:hAnsi="Arial" w:cs="Arial"/>
        </w:rPr>
        <w:t>školy</w:t>
      </w:r>
      <w:proofErr w:type="spellEnd"/>
    </w:p>
    <w:p w14:paraId="17C683E8" w14:textId="77777777" w:rsidR="00F00321" w:rsidRPr="00195833" w:rsidRDefault="002A125B" w:rsidP="00337AE6">
      <w:pPr>
        <w:pStyle w:val="Bezmezer"/>
        <w:rPr>
          <w:rFonts w:ascii="Arial" w:hAnsi="Arial" w:cs="Arial"/>
        </w:rPr>
      </w:pPr>
      <w:r w:rsidRPr="00195833">
        <w:rPr>
          <w:rFonts w:ascii="Arial" w:hAnsi="Arial" w:cs="Arial"/>
        </w:rPr>
        <w:t xml:space="preserve">• Mgr. Šárka </w:t>
      </w:r>
      <w:proofErr w:type="spellStart"/>
      <w:r w:rsidRPr="00195833">
        <w:rPr>
          <w:rFonts w:ascii="Arial" w:hAnsi="Arial" w:cs="Arial"/>
        </w:rPr>
        <w:t>Portyšová</w:t>
      </w:r>
      <w:proofErr w:type="spellEnd"/>
      <w:r w:rsidRPr="00195833">
        <w:rPr>
          <w:rFonts w:ascii="Arial" w:hAnsi="Arial" w:cs="Arial"/>
        </w:rPr>
        <w:t xml:space="preserve">, 47 let, </w:t>
      </w:r>
      <w:proofErr w:type="spellStart"/>
      <w:r w:rsidRPr="00195833">
        <w:rPr>
          <w:rFonts w:ascii="Arial" w:hAnsi="Arial" w:cs="Arial"/>
        </w:rPr>
        <w:t>vrchní</w:t>
      </w:r>
      <w:proofErr w:type="spellEnd"/>
      <w:r w:rsidRPr="00195833">
        <w:rPr>
          <w:rFonts w:ascii="Arial" w:hAnsi="Arial" w:cs="Arial"/>
        </w:rPr>
        <w:t xml:space="preserve"> </w:t>
      </w:r>
      <w:proofErr w:type="spellStart"/>
      <w:r w:rsidRPr="00195833">
        <w:rPr>
          <w:rFonts w:ascii="Arial" w:hAnsi="Arial" w:cs="Arial"/>
        </w:rPr>
        <w:t>zdravotní</w:t>
      </w:r>
      <w:proofErr w:type="spellEnd"/>
      <w:r w:rsidRPr="00195833">
        <w:rPr>
          <w:rFonts w:ascii="Arial" w:hAnsi="Arial" w:cs="Arial"/>
        </w:rPr>
        <w:t xml:space="preserve"> </w:t>
      </w:r>
      <w:proofErr w:type="spellStart"/>
      <w:r w:rsidRPr="00195833">
        <w:rPr>
          <w:rFonts w:ascii="Arial" w:hAnsi="Arial" w:cs="Arial"/>
        </w:rPr>
        <w:t>sestra</w:t>
      </w:r>
      <w:proofErr w:type="spellEnd"/>
    </w:p>
    <w:p w14:paraId="35BF2B28" w14:textId="77777777" w:rsidR="00F00321" w:rsidRPr="00195833" w:rsidRDefault="002A125B" w:rsidP="00337AE6">
      <w:pPr>
        <w:pStyle w:val="Bezmezer"/>
        <w:rPr>
          <w:rFonts w:ascii="Arial" w:hAnsi="Arial" w:cs="Arial"/>
        </w:rPr>
      </w:pPr>
      <w:r w:rsidRPr="00195833">
        <w:rPr>
          <w:rFonts w:ascii="Arial" w:hAnsi="Arial" w:cs="Arial"/>
        </w:rPr>
        <w:t xml:space="preserve">• </w:t>
      </w:r>
      <w:proofErr w:type="spellStart"/>
      <w:r w:rsidRPr="00195833">
        <w:rPr>
          <w:rFonts w:ascii="Arial" w:hAnsi="Arial" w:cs="Arial"/>
        </w:rPr>
        <w:t>Bc</w:t>
      </w:r>
      <w:proofErr w:type="spellEnd"/>
      <w:r w:rsidRPr="00195833">
        <w:rPr>
          <w:rFonts w:ascii="Arial" w:hAnsi="Arial" w:cs="Arial"/>
        </w:rPr>
        <w:t xml:space="preserve">. Ondřej Kopista, 39 let, </w:t>
      </w:r>
      <w:proofErr w:type="spellStart"/>
      <w:r w:rsidRPr="00195833">
        <w:rPr>
          <w:rFonts w:ascii="Arial" w:hAnsi="Arial" w:cs="Arial"/>
        </w:rPr>
        <w:t>soukromý</w:t>
      </w:r>
      <w:proofErr w:type="spellEnd"/>
      <w:r w:rsidRPr="00195833">
        <w:rPr>
          <w:rFonts w:ascii="Arial" w:hAnsi="Arial" w:cs="Arial"/>
        </w:rPr>
        <w:t xml:space="preserve"> </w:t>
      </w:r>
      <w:proofErr w:type="spellStart"/>
      <w:r w:rsidRPr="00195833">
        <w:rPr>
          <w:rFonts w:ascii="Arial" w:hAnsi="Arial" w:cs="Arial"/>
        </w:rPr>
        <w:t>zemědělec</w:t>
      </w:r>
      <w:proofErr w:type="spellEnd"/>
    </w:p>
    <w:p w14:paraId="01E76923" w14:textId="77777777" w:rsidR="00F00321" w:rsidRPr="00195833" w:rsidRDefault="002A125B" w:rsidP="00337AE6">
      <w:pPr>
        <w:pStyle w:val="Bezmezer"/>
        <w:rPr>
          <w:rFonts w:ascii="Arial" w:hAnsi="Arial" w:cs="Arial"/>
        </w:rPr>
      </w:pPr>
      <w:r w:rsidRPr="00195833">
        <w:rPr>
          <w:rFonts w:ascii="Arial" w:hAnsi="Arial" w:cs="Arial"/>
        </w:rPr>
        <w:t xml:space="preserve">• Ing. Pavel Smetana, 52 let, </w:t>
      </w:r>
      <w:proofErr w:type="spellStart"/>
      <w:r w:rsidRPr="00195833">
        <w:rPr>
          <w:rFonts w:ascii="Arial" w:hAnsi="Arial" w:cs="Arial"/>
        </w:rPr>
        <w:t>státní</w:t>
      </w:r>
      <w:proofErr w:type="spellEnd"/>
      <w:r w:rsidRPr="00195833">
        <w:rPr>
          <w:rFonts w:ascii="Arial" w:hAnsi="Arial" w:cs="Arial"/>
        </w:rPr>
        <w:t xml:space="preserve"> </w:t>
      </w:r>
      <w:proofErr w:type="spellStart"/>
      <w:r w:rsidRPr="00195833">
        <w:rPr>
          <w:rFonts w:ascii="Arial" w:hAnsi="Arial" w:cs="Arial"/>
        </w:rPr>
        <w:t>zaměstnanec</w:t>
      </w:r>
      <w:proofErr w:type="spellEnd"/>
    </w:p>
    <w:p w14:paraId="187E2ECB" w14:textId="77777777" w:rsidR="0018443F" w:rsidRPr="00195833" w:rsidRDefault="0018443F" w:rsidP="0018443F">
      <w:pPr>
        <w:spacing w:after="120"/>
        <w:jc w:val="both"/>
        <w:rPr>
          <w:rFonts w:ascii="Arial" w:hAnsi="Arial" w:cs="Arial"/>
          <w:sz w:val="22"/>
        </w:rPr>
      </w:pPr>
    </w:p>
    <w:p w14:paraId="25B921C2" w14:textId="77777777" w:rsidR="00F00321" w:rsidRPr="00195833" w:rsidRDefault="002A125B" w:rsidP="0018443F">
      <w:pPr>
        <w:spacing w:after="120"/>
        <w:jc w:val="both"/>
        <w:rPr>
          <w:rFonts w:ascii="Arial" w:hAnsi="Arial" w:cs="Arial"/>
          <w:sz w:val="22"/>
        </w:rPr>
      </w:pPr>
      <w:proofErr w:type="spellStart"/>
      <w:r w:rsidRPr="00195833">
        <w:rPr>
          <w:rFonts w:ascii="Arial" w:hAnsi="Arial" w:cs="Arial"/>
          <w:i/>
          <w:iCs/>
          <w:sz w:val="22"/>
          <w:u w:val="single"/>
        </w:rPr>
        <w:t>Představujeme</w:t>
      </w:r>
      <w:proofErr w:type="spellEnd"/>
      <w:r w:rsidRPr="00195833">
        <w:rPr>
          <w:rFonts w:ascii="Arial" w:hAnsi="Arial" w:cs="Arial"/>
          <w:i/>
          <w:iCs/>
          <w:sz w:val="22"/>
          <w:u w:val="single"/>
        </w:rPr>
        <w:t xml:space="preserve"> </w:t>
      </w:r>
      <w:proofErr w:type="spellStart"/>
      <w:r w:rsidRPr="00195833">
        <w:rPr>
          <w:rFonts w:ascii="Arial" w:hAnsi="Arial" w:cs="Arial"/>
          <w:i/>
          <w:iCs/>
          <w:sz w:val="22"/>
          <w:u w:val="single"/>
        </w:rPr>
        <w:t>zároveň</w:t>
      </w:r>
      <w:proofErr w:type="spellEnd"/>
      <w:r w:rsidRPr="00195833">
        <w:rPr>
          <w:rFonts w:ascii="Arial" w:hAnsi="Arial" w:cs="Arial"/>
          <w:i/>
          <w:iCs/>
          <w:sz w:val="22"/>
          <w:u w:val="single"/>
        </w:rPr>
        <w:t xml:space="preserve"> </w:t>
      </w:r>
      <w:proofErr w:type="spellStart"/>
      <w:r w:rsidRPr="00195833">
        <w:rPr>
          <w:rFonts w:ascii="Arial" w:hAnsi="Arial" w:cs="Arial"/>
          <w:i/>
          <w:iCs/>
          <w:sz w:val="22"/>
          <w:u w:val="single"/>
        </w:rPr>
        <w:t>nové</w:t>
      </w:r>
      <w:proofErr w:type="spellEnd"/>
      <w:r w:rsidRPr="00195833">
        <w:rPr>
          <w:rFonts w:ascii="Arial" w:hAnsi="Arial" w:cs="Arial"/>
          <w:i/>
          <w:iCs/>
          <w:sz w:val="22"/>
          <w:u w:val="single"/>
        </w:rPr>
        <w:t xml:space="preserve"> </w:t>
      </w:r>
      <w:proofErr w:type="spellStart"/>
      <w:r w:rsidRPr="00195833">
        <w:rPr>
          <w:rFonts w:ascii="Arial" w:hAnsi="Arial" w:cs="Arial"/>
          <w:i/>
          <w:iCs/>
          <w:sz w:val="22"/>
          <w:u w:val="single"/>
        </w:rPr>
        <w:t>kandidáty</w:t>
      </w:r>
      <w:proofErr w:type="spellEnd"/>
      <w:r w:rsidRPr="00195833">
        <w:rPr>
          <w:rFonts w:ascii="Arial" w:hAnsi="Arial" w:cs="Arial"/>
          <w:sz w:val="22"/>
        </w:rPr>
        <w:t>:</w:t>
      </w:r>
    </w:p>
    <w:p w14:paraId="4A50D23D" w14:textId="77777777" w:rsidR="00F00321" w:rsidRPr="00195833" w:rsidRDefault="002A125B" w:rsidP="00337AE6">
      <w:pPr>
        <w:pStyle w:val="Bezmezer"/>
        <w:rPr>
          <w:rFonts w:ascii="Arial" w:hAnsi="Arial" w:cs="Arial"/>
        </w:rPr>
      </w:pPr>
      <w:r w:rsidRPr="00195833">
        <w:rPr>
          <w:rFonts w:ascii="Arial" w:hAnsi="Arial" w:cs="Arial"/>
        </w:rPr>
        <w:t xml:space="preserve">• Ing. Monika Kopistová, 32 let, </w:t>
      </w:r>
      <w:proofErr w:type="spellStart"/>
      <w:r w:rsidRPr="00195833">
        <w:rPr>
          <w:rFonts w:ascii="Arial" w:hAnsi="Arial" w:cs="Arial"/>
        </w:rPr>
        <w:t>bezpečnostní</w:t>
      </w:r>
      <w:proofErr w:type="spellEnd"/>
      <w:r w:rsidRPr="00195833">
        <w:rPr>
          <w:rFonts w:ascii="Arial" w:hAnsi="Arial" w:cs="Arial"/>
        </w:rPr>
        <w:t xml:space="preserve"> </w:t>
      </w:r>
      <w:proofErr w:type="spellStart"/>
      <w:r w:rsidRPr="00195833">
        <w:rPr>
          <w:rFonts w:ascii="Arial" w:hAnsi="Arial" w:cs="Arial"/>
        </w:rPr>
        <w:t>technik</w:t>
      </w:r>
      <w:proofErr w:type="spellEnd"/>
      <w:r w:rsidRPr="00195833">
        <w:rPr>
          <w:rFonts w:ascii="Arial" w:hAnsi="Arial" w:cs="Arial"/>
        </w:rPr>
        <w:t xml:space="preserve">, </w:t>
      </w:r>
      <w:proofErr w:type="spellStart"/>
      <w:r w:rsidRPr="00195833">
        <w:rPr>
          <w:rFonts w:ascii="Arial" w:hAnsi="Arial" w:cs="Arial"/>
        </w:rPr>
        <w:t>personalistka</w:t>
      </w:r>
      <w:proofErr w:type="spellEnd"/>
    </w:p>
    <w:p w14:paraId="199E58F0" w14:textId="77777777" w:rsidR="00F00321" w:rsidRPr="00195833" w:rsidRDefault="002A125B" w:rsidP="00337AE6">
      <w:pPr>
        <w:pStyle w:val="Bezmezer"/>
        <w:rPr>
          <w:rFonts w:ascii="Arial" w:hAnsi="Arial" w:cs="Arial"/>
        </w:rPr>
      </w:pPr>
      <w:r w:rsidRPr="00195833">
        <w:rPr>
          <w:rFonts w:ascii="Arial" w:hAnsi="Arial" w:cs="Arial"/>
        </w:rPr>
        <w:t>• Ing. Marek Mazura, 33 let, OSVČ</w:t>
      </w:r>
    </w:p>
    <w:p w14:paraId="6AC69C71" w14:textId="7F5B5BB4" w:rsidR="00F00321" w:rsidRPr="00195833" w:rsidRDefault="002A125B" w:rsidP="00337AE6">
      <w:pPr>
        <w:pStyle w:val="Bezmezer"/>
        <w:rPr>
          <w:rFonts w:ascii="Arial" w:hAnsi="Arial" w:cs="Arial"/>
        </w:rPr>
      </w:pPr>
      <w:r w:rsidRPr="00195833">
        <w:rPr>
          <w:rFonts w:ascii="Arial" w:hAnsi="Arial" w:cs="Arial"/>
        </w:rPr>
        <w:t xml:space="preserve">• Lenka Šmahelová, 56 let, </w:t>
      </w:r>
      <w:proofErr w:type="spellStart"/>
      <w:r w:rsidR="00B5368A" w:rsidRPr="00195833">
        <w:rPr>
          <w:rFonts w:ascii="Arial" w:hAnsi="Arial" w:cs="Arial"/>
        </w:rPr>
        <w:t>zdravotník</w:t>
      </w:r>
      <w:proofErr w:type="spellEnd"/>
      <w:r w:rsidR="00B5368A" w:rsidRPr="00195833">
        <w:rPr>
          <w:rFonts w:ascii="Arial" w:hAnsi="Arial" w:cs="Arial"/>
        </w:rPr>
        <w:t xml:space="preserve"> - </w:t>
      </w:r>
      <w:proofErr w:type="spellStart"/>
      <w:r w:rsidR="00B5368A" w:rsidRPr="00195833">
        <w:rPr>
          <w:rFonts w:ascii="Arial" w:hAnsi="Arial" w:cs="Arial"/>
        </w:rPr>
        <w:t>z</w:t>
      </w:r>
      <w:r w:rsidR="00A275B5" w:rsidRPr="00195833">
        <w:rPr>
          <w:rFonts w:ascii="Arial" w:hAnsi="Arial" w:cs="Arial"/>
        </w:rPr>
        <w:t>á</w:t>
      </w:r>
      <w:r w:rsidR="00B5368A" w:rsidRPr="00195833">
        <w:rPr>
          <w:rFonts w:ascii="Arial" w:hAnsi="Arial" w:cs="Arial"/>
        </w:rPr>
        <w:t>chranář</w:t>
      </w:r>
      <w:proofErr w:type="spellEnd"/>
    </w:p>
    <w:p w14:paraId="606C9029" w14:textId="77777777" w:rsidR="00F00321" w:rsidRPr="00195833" w:rsidRDefault="002A125B" w:rsidP="00337AE6">
      <w:pPr>
        <w:pStyle w:val="Bezmezer"/>
        <w:rPr>
          <w:rFonts w:ascii="Arial" w:hAnsi="Arial" w:cs="Arial"/>
        </w:rPr>
      </w:pPr>
      <w:r w:rsidRPr="00195833">
        <w:rPr>
          <w:rFonts w:ascii="Arial" w:hAnsi="Arial" w:cs="Arial"/>
        </w:rPr>
        <w:t xml:space="preserve">• </w:t>
      </w:r>
      <w:proofErr w:type="spellStart"/>
      <w:r w:rsidRPr="00195833">
        <w:rPr>
          <w:rFonts w:ascii="Arial" w:hAnsi="Arial" w:cs="Arial"/>
        </w:rPr>
        <w:t>Bc</w:t>
      </w:r>
      <w:proofErr w:type="spellEnd"/>
      <w:r w:rsidRPr="00195833">
        <w:rPr>
          <w:rFonts w:ascii="Arial" w:hAnsi="Arial" w:cs="Arial"/>
        </w:rPr>
        <w:t xml:space="preserve">. Jan Varga, 39 let, </w:t>
      </w:r>
      <w:proofErr w:type="spellStart"/>
      <w:r w:rsidRPr="00195833">
        <w:rPr>
          <w:rFonts w:ascii="Arial" w:hAnsi="Arial" w:cs="Arial"/>
        </w:rPr>
        <w:t>voják</w:t>
      </w:r>
      <w:proofErr w:type="spellEnd"/>
      <w:r w:rsidRPr="00195833">
        <w:rPr>
          <w:rFonts w:ascii="Arial" w:hAnsi="Arial" w:cs="Arial"/>
        </w:rPr>
        <w:t xml:space="preserve"> z </w:t>
      </w:r>
      <w:proofErr w:type="spellStart"/>
      <w:r w:rsidRPr="00195833">
        <w:rPr>
          <w:rFonts w:ascii="Arial" w:hAnsi="Arial" w:cs="Arial"/>
        </w:rPr>
        <w:t>povolání</w:t>
      </w:r>
      <w:proofErr w:type="spellEnd"/>
    </w:p>
    <w:p w14:paraId="3FE37180" w14:textId="77777777" w:rsidR="00F00321" w:rsidRPr="00195833" w:rsidRDefault="002A125B" w:rsidP="0018443F">
      <w:pPr>
        <w:spacing w:after="120"/>
        <w:jc w:val="both"/>
        <w:rPr>
          <w:rFonts w:ascii="Arial" w:hAnsi="Arial" w:cs="Arial"/>
          <w:sz w:val="22"/>
        </w:rPr>
      </w:pPr>
      <w:r w:rsidRPr="00195833">
        <w:rPr>
          <w:rFonts w:ascii="Arial" w:hAnsi="Arial" w:cs="Arial"/>
          <w:sz w:val="22"/>
        </w:rPr>
        <w:t xml:space="preserve">Tito </w:t>
      </w:r>
      <w:proofErr w:type="spellStart"/>
      <w:r w:rsidRPr="00195833">
        <w:rPr>
          <w:rFonts w:ascii="Arial" w:hAnsi="Arial" w:cs="Arial"/>
          <w:sz w:val="22"/>
        </w:rPr>
        <w:t>kandidáti</w:t>
      </w:r>
      <w:proofErr w:type="spellEnd"/>
      <w:r w:rsidRPr="00195833">
        <w:rPr>
          <w:rFonts w:ascii="Arial" w:hAnsi="Arial" w:cs="Arial"/>
          <w:sz w:val="22"/>
        </w:rPr>
        <w:t xml:space="preserve"> se </w:t>
      </w:r>
      <w:proofErr w:type="spellStart"/>
      <w:r w:rsidRPr="00195833">
        <w:rPr>
          <w:rFonts w:ascii="Arial" w:hAnsi="Arial" w:cs="Arial"/>
          <w:sz w:val="22"/>
        </w:rPr>
        <w:t>aktivně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podílejí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na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společenském</w:t>
      </w:r>
      <w:proofErr w:type="spellEnd"/>
      <w:r w:rsidRPr="00195833">
        <w:rPr>
          <w:rFonts w:ascii="Arial" w:hAnsi="Arial" w:cs="Arial"/>
          <w:sz w:val="22"/>
        </w:rPr>
        <w:t xml:space="preserve">, </w:t>
      </w:r>
      <w:proofErr w:type="spellStart"/>
      <w:r w:rsidRPr="00195833">
        <w:rPr>
          <w:rFonts w:ascii="Arial" w:hAnsi="Arial" w:cs="Arial"/>
          <w:sz w:val="22"/>
        </w:rPr>
        <w:t>kulturním</w:t>
      </w:r>
      <w:proofErr w:type="spellEnd"/>
      <w:r w:rsidRPr="00195833">
        <w:rPr>
          <w:rFonts w:ascii="Arial" w:hAnsi="Arial" w:cs="Arial"/>
          <w:sz w:val="22"/>
        </w:rPr>
        <w:t xml:space="preserve"> a </w:t>
      </w:r>
      <w:proofErr w:type="spellStart"/>
      <w:r w:rsidRPr="00195833">
        <w:rPr>
          <w:rFonts w:ascii="Arial" w:hAnsi="Arial" w:cs="Arial"/>
          <w:sz w:val="22"/>
        </w:rPr>
        <w:t>sportovním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životě</w:t>
      </w:r>
      <w:proofErr w:type="spellEnd"/>
      <w:r w:rsidRPr="00195833">
        <w:rPr>
          <w:rFonts w:ascii="Arial" w:hAnsi="Arial" w:cs="Arial"/>
          <w:sz w:val="22"/>
        </w:rPr>
        <w:t xml:space="preserve"> </w:t>
      </w:r>
      <w:proofErr w:type="spellStart"/>
      <w:r w:rsidRPr="00195833">
        <w:rPr>
          <w:rFonts w:ascii="Arial" w:hAnsi="Arial" w:cs="Arial"/>
          <w:sz w:val="22"/>
        </w:rPr>
        <w:t>obce</w:t>
      </w:r>
      <w:proofErr w:type="spellEnd"/>
      <w:r w:rsidRPr="00195833">
        <w:rPr>
          <w:rFonts w:ascii="Arial" w:hAnsi="Arial" w:cs="Arial"/>
          <w:sz w:val="22"/>
        </w:rPr>
        <w:t>.</w:t>
      </w:r>
    </w:p>
    <w:p w14:paraId="138617F7" w14:textId="0AE919BD" w:rsidR="00F00321" w:rsidRPr="00195833" w:rsidRDefault="002A125B" w:rsidP="0018443F">
      <w:pPr>
        <w:spacing w:after="120"/>
        <w:jc w:val="both"/>
        <w:rPr>
          <w:rFonts w:ascii="Arial" w:hAnsi="Arial" w:cs="Arial"/>
          <w:b/>
          <w:bCs/>
          <w:sz w:val="22"/>
        </w:rPr>
      </w:pPr>
      <w:proofErr w:type="spellStart"/>
      <w:r w:rsidRPr="00195833">
        <w:rPr>
          <w:rFonts w:ascii="Arial" w:hAnsi="Arial" w:cs="Arial"/>
          <w:b/>
          <w:bCs/>
          <w:sz w:val="22"/>
        </w:rPr>
        <w:t>Naší</w:t>
      </w:r>
      <w:proofErr w:type="spellEnd"/>
      <w:r w:rsidRPr="00195833">
        <w:rPr>
          <w:rFonts w:ascii="Arial" w:hAnsi="Arial" w:cs="Arial"/>
          <w:b/>
          <w:bCs/>
          <w:sz w:val="22"/>
        </w:rPr>
        <w:t xml:space="preserve"> </w:t>
      </w:r>
      <w:proofErr w:type="spellStart"/>
      <w:r w:rsidRPr="00195833">
        <w:rPr>
          <w:rFonts w:ascii="Arial" w:hAnsi="Arial" w:cs="Arial"/>
          <w:b/>
          <w:bCs/>
          <w:sz w:val="22"/>
        </w:rPr>
        <w:t>obci</w:t>
      </w:r>
      <w:proofErr w:type="spellEnd"/>
      <w:r w:rsidRPr="00195833">
        <w:rPr>
          <w:rFonts w:ascii="Arial" w:hAnsi="Arial" w:cs="Arial"/>
          <w:b/>
          <w:bCs/>
          <w:sz w:val="22"/>
        </w:rPr>
        <w:t xml:space="preserve"> </w:t>
      </w:r>
      <w:proofErr w:type="spellStart"/>
      <w:r w:rsidRPr="00195833">
        <w:rPr>
          <w:rFonts w:ascii="Arial" w:hAnsi="Arial" w:cs="Arial"/>
          <w:b/>
          <w:bCs/>
          <w:sz w:val="22"/>
        </w:rPr>
        <w:t>chceme</w:t>
      </w:r>
      <w:proofErr w:type="spellEnd"/>
      <w:r w:rsidRPr="00195833">
        <w:rPr>
          <w:rFonts w:ascii="Arial" w:hAnsi="Arial" w:cs="Arial"/>
          <w:b/>
          <w:bCs/>
          <w:sz w:val="22"/>
        </w:rPr>
        <w:t xml:space="preserve"> </w:t>
      </w:r>
      <w:proofErr w:type="spellStart"/>
      <w:r w:rsidRPr="00195833">
        <w:rPr>
          <w:rFonts w:ascii="Arial" w:hAnsi="Arial" w:cs="Arial"/>
          <w:b/>
          <w:bCs/>
          <w:sz w:val="22"/>
        </w:rPr>
        <w:t>i</w:t>
      </w:r>
      <w:proofErr w:type="spellEnd"/>
      <w:r w:rsidRPr="00195833">
        <w:rPr>
          <w:rFonts w:ascii="Arial" w:hAnsi="Arial" w:cs="Arial"/>
          <w:b/>
          <w:bCs/>
          <w:sz w:val="22"/>
        </w:rPr>
        <w:t xml:space="preserve"> </w:t>
      </w:r>
      <w:proofErr w:type="spellStart"/>
      <w:r w:rsidRPr="00195833">
        <w:rPr>
          <w:rFonts w:ascii="Arial" w:hAnsi="Arial" w:cs="Arial"/>
          <w:b/>
          <w:bCs/>
          <w:sz w:val="22"/>
        </w:rPr>
        <w:t>nadále</w:t>
      </w:r>
      <w:proofErr w:type="spellEnd"/>
      <w:r w:rsidRPr="00195833">
        <w:rPr>
          <w:rFonts w:ascii="Arial" w:hAnsi="Arial" w:cs="Arial"/>
          <w:b/>
          <w:bCs/>
          <w:sz w:val="22"/>
        </w:rPr>
        <w:t xml:space="preserve"> </w:t>
      </w:r>
      <w:proofErr w:type="spellStart"/>
      <w:r w:rsidRPr="00195833">
        <w:rPr>
          <w:rFonts w:ascii="Arial" w:hAnsi="Arial" w:cs="Arial"/>
          <w:b/>
          <w:bCs/>
          <w:sz w:val="22"/>
        </w:rPr>
        <w:t>věnovat</w:t>
      </w:r>
      <w:proofErr w:type="spellEnd"/>
      <w:r w:rsidRPr="00195833">
        <w:rPr>
          <w:rFonts w:ascii="Arial" w:hAnsi="Arial" w:cs="Arial"/>
          <w:b/>
          <w:bCs/>
          <w:sz w:val="22"/>
        </w:rPr>
        <w:t xml:space="preserve"> </w:t>
      </w:r>
      <w:proofErr w:type="spellStart"/>
      <w:r w:rsidRPr="00195833">
        <w:rPr>
          <w:rFonts w:ascii="Arial" w:hAnsi="Arial" w:cs="Arial"/>
          <w:b/>
          <w:bCs/>
          <w:sz w:val="22"/>
        </w:rPr>
        <w:t>svůj</w:t>
      </w:r>
      <w:proofErr w:type="spellEnd"/>
      <w:r w:rsidRPr="00195833">
        <w:rPr>
          <w:rFonts w:ascii="Arial" w:hAnsi="Arial" w:cs="Arial"/>
          <w:b/>
          <w:bCs/>
          <w:sz w:val="22"/>
        </w:rPr>
        <w:t xml:space="preserve"> </w:t>
      </w:r>
      <w:proofErr w:type="spellStart"/>
      <w:r w:rsidRPr="00195833">
        <w:rPr>
          <w:rFonts w:ascii="Arial" w:hAnsi="Arial" w:cs="Arial"/>
          <w:b/>
          <w:bCs/>
          <w:sz w:val="22"/>
        </w:rPr>
        <w:t>čas</w:t>
      </w:r>
      <w:proofErr w:type="spellEnd"/>
      <w:r w:rsidRPr="00195833">
        <w:rPr>
          <w:rFonts w:ascii="Arial" w:hAnsi="Arial" w:cs="Arial"/>
          <w:b/>
          <w:bCs/>
          <w:sz w:val="22"/>
        </w:rPr>
        <w:t xml:space="preserve"> a </w:t>
      </w:r>
      <w:proofErr w:type="spellStart"/>
      <w:r w:rsidRPr="00195833">
        <w:rPr>
          <w:rFonts w:ascii="Arial" w:hAnsi="Arial" w:cs="Arial"/>
          <w:b/>
          <w:bCs/>
          <w:sz w:val="22"/>
        </w:rPr>
        <w:t>práci</w:t>
      </w:r>
      <w:proofErr w:type="spellEnd"/>
      <w:r w:rsidRPr="00195833">
        <w:rPr>
          <w:rFonts w:ascii="Arial" w:hAnsi="Arial" w:cs="Arial"/>
          <w:b/>
          <w:bCs/>
          <w:sz w:val="22"/>
        </w:rPr>
        <w:t>.</w:t>
      </w:r>
    </w:p>
    <w:p w14:paraId="2E1A39D9" w14:textId="52088C9E" w:rsidR="00093DBB" w:rsidRPr="00195833" w:rsidRDefault="002A125B" w:rsidP="0018443F">
      <w:pPr>
        <w:spacing w:after="120"/>
        <w:jc w:val="both"/>
        <w:rPr>
          <w:rFonts w:ascii="Arial" w:hAnsi="Arial" w:cs="Arial"/>
          <w:b/>
          <w:sz w:val="22"/>
        </w:rPr>
      </w:pPr>
      <w:proofErr w:type="spellStart"/>
      <w:r w:rsidRPr="00195833">
        <w:rPr>
          <w:rFonts w:ascii="Arial" w:hAnsi="Arial" w:cs="Arial"/>
          <w:b/>
          <w:sz w:val="22"/>
        </w:rPr>
        <w:t>Děkujeme</w:t>
      </w:r>
      <w:proofErr w:type="spellEnd"/>
      <w:r w:rsidRPr="00195833">
        <w:rPr>
          <w:rFonts w:ascii="Arial" w:hAnsi="Arial" w:cs="Arial"/>
          <w:b/>
          <w:sz w:val="22"/>
        </w:rPr>
        <w:t xml:space="preserve"> za </w:t>
      </w:r>
      <w:proofErr w:type="spellStart"/>
      <w:r w:rsidRPr="00195833">
        <w:rPr>
          <w:rFonts w:ascii="Arial" w:hAnsi="Arial" w:cs="Arial"/>
          <w:b/>
          <w:sz w:val="22"/>
        </w:rPr>
        <w:t>Vaši</w:t>
      </w:r>
      <w:proofErr w:type="spellEnd"/>
      <w:r w:rsidRPr="00195833">
        <w:rPr>
          <w:rFonts w:ascii="Arial" w:hAnsi="Arial" w:cs="Arial"/>
          <w:b/>
          <w:sz w:val="22"/>
        </w:rPr>
        <w:t xml:space="preserve"> </w:t>
      </w:r>
      <w:proofErr w:type="spellStart"/>
      <w:r w:rsidRPr="00195833">
        <w:rPr>
          <w:rFonts w:ascii="Arial" w:hAnsi="Arial" w:cs="Arial"/>
          <w:b/>
          <w:sz w:val="22"/>
        </w:rPr>
        <w:t>důvěru</w:t>
      </w:r>
      <w:proofErr w:type="spellEnd"/>
      <w:r w:rsidRPr="00195833">
        <w:rPr>
          <w:rFonts w:ascii="Arial" w:hAnsi="Arial" w:cs="Arial"/>
          <w:b/>
          <w:sz w:val="22"/>
        </w:rPr>
        <w:t>.</w:t>
      </w:r>
    </w:p>
    <w:p w14:paraId="12C9C68E" w14:textId="77777777" w:rsidR="00042F78" w:rsidRPr="00195833" w:rsidRDefault="00042F78" w:rsidP="0018443F">
      <w:pPr>
        <w:spacing w:after="120"/>
        <w:jc w:val="both"/>
        <w:rPr>
          <w:rFonts w:ascii="Arial" w:hAnsi="Arial" w:cs="Arial"/>
          <w:b/>
          <w:sz w:val="22"/>
        </w:rPr>
      </w:pPr>
    </w:p>
    <w:p w14:paraId="745D8FCF" w14:textId="77777777" w:rsidR="00042F78" w:rsidRPr="00195833" w:rsidRDefault="00042F78" w:rsidP="0018443F">
      <w:pPr>
        <w:spacing w:after="120"/>
        <w:jc w:val="both"/>
        <w:rPr>
          <w:rFonts w:ascii="Arial" w:hAnsi="Arial" w:cs="Arial"/>
          <w:b/>
          <w:sz w:val="22"/>
        </w:rPr>
      </w:pPr>
    </w:p>
    <w:p w14:paraId="20C6FCDC" w14:textId="2DB2ED72" w:rsidR="00042F78" w:rsidRPr="00195833" w:rsidRDefault="00042F78" w:rsidP="00042F78">
      <w:pPr>
        <w:pStyle w:val="Bezmezer"/>
        <w:rPr>
          <w:rFonts w:ascii="Arial" w:hAnsi="Arial" w:cs="Arial"/>
          <w:b/>
          <w:bCs/>
        </w:rPr>
      </w:pPr>
      <w:proofErr w:type="spellStart"/>
      <w:r w:rsidRPr="00195833">
        <w:rPr>
          <w:rFonts w:ascii="Arial" w:hAnsi="Arial" w:cs="Arial"/>
          <w:b/>
          <w:bCs/>
        </w:rPr>
        <w:t>Jménem</w:t>
      </w:r>
      <w:proofErr w:type="spellEnd"/>
      <w:r w:rsidRPr="00195833">
        <w:rPr>
          <w:rFonts w:ascii="Arial" w:hAnsi="Arial" w:cs="Arial"/>
          <w:b/>
          <w:bCs/>
        </w:rPr>
        <w:t xml:space="preserve"> </w:t>
      </w:r>
      <w:proofErr w:type="spellStart"/>
      <w:r w:rsidRPr="00195833">
        <w:rPr>
          <w:rFonts w:ascii="Arial" w:hAnsi="Arial" w:cs="Arial"/>
          <w:b/>
          <w:bCs/>
        </w:rPr>
        <w:t>zastupitelů</w:t>
      </w:r>
      <w:proofErr w:type="spellEnd"/>
      <w:r w:rsidRPr="00195833">
        <w:rPr>
          <w:rFonts w:ascii="Arial" w:hAnsi="Arial" w:cs="Arial"/>
          <w:b/>
          <w:bCs/>
        </w:rPr>
        <w:t xml:space="preserve"> </w:t>
      </w:r>
      <w:proofErr w:type="spellStart"/>
      <w:r w:rsidRPr="00195833">
        <w:rPr>
          <w:rFonts w:ascii="Arial" w:hAnsi="Arial" w:cs="Arial"/>
          <w:b/>
          <w:bCs/>
        </w:rPr>
        <w:t>Úhřetic</w:t>
      </w:r>
      <w:proofErr w:type="spellEnd"/>
      <w:r w:rsidRPr="00195833">
        <w:rPr>
          <w:rFonts w:ascii="Arial" w:hAnsi="Arial" w:cs="Arial"/>
          <w:b/>
          <w:bCs/>
        </w:rPr>
        <w:t xml:space="preserve">: </w:t>
      </w:r>
    </w:p>
    <w:p w14:paraId="264ECD25" w14:textId="3B9A1736" w:rsidR="00042F78" w:rsidRPr="00195833" w:rsidRDefault="00A275B5" w:rsidP="00042F78">
      <w:pPr>
        <w:pStyle w:val="Bezmezer"/>
        <w:rPr>
          <w:rFonts w:ascii="Arial" w:hAnsi="Arial" w:cs="Arial"/>
        </w:rPr>
      </w:pPr>
      <w:r w:rsidRPr="00195833">
        <w:rPr>
          <w:rFonts w:ascii="Arial" w:hAnsi="Arial" w:cs="Arial"/>
        </w:rPr>
        <w:t>E</w:t>
      </w:r>
      <w:r w:rsidR="00042F78" w:rsidRPr="00195833">
        <w:rPr>
          <w:rFonts w:ascii="Arial" w:hAnsi="Arial" w:cs="Arial"/>
        </w:rPr>
        <w:t>va Baťková</w:t>
      </w:r>
    </w:p>
    <w:p w14:paraId="6B3A73A2" w14:textId="7BB354C4" w:rsidR="00042F78" w:rsidRPr="00195833" w:rsidRDefault="00042F78" w:rsidP="00042F78">
      <w:pPr>
        <w:pStyle w:val="Bezmezer"/>
        <w:rPr>
          <w:rFonts w:ascii="Arial" w:hAnsi="Arial" w:cs="Arial"/>
        </w:rPr>
      </w:pPr>
      <w:r w:rsidRPr="00195833">
        <w:rPr>
          <w:rFonts w:ascii="Arial" w:hAnsi="Arial" w:cs="Arial"/>
        </w:rPr>
        <w:t xml:space="preserve">Ing. Anna </w:t>
      </w:r>
      <w:r w:rsidR="00A275B5" w:rsidRPr="00195833">
        <w:rPr>
          <w:rFonts w:ascii="Arial" w:hAnsi="Arial" w:cs="Arial"/>
        </w:rPr>
        <w:t>Pochobradská</w:t>
      </w:r>
    </w:p>
    <w:p w14:paraId="1A4549B9" w14:textId="72B569A8" w:rsidR="00042F78" w:rsidRPr="00195833" w:rsidRDefault="00042F78" w:rsidP="00042F78">
      <w:pPr>
        <w:pStyle w:val="Bezmezer"/>
        <w:rPr>
          <w:rFonts w:ascii="Arial" w:hAnsi="Arial" w:cs="Arial"/>
        </w:rPr>
      </w:pPr>
      <w:r w:rsidRPr="00195833">
        <w:rPr>
          <w:rFonts w:ascii="Arial" w:hAnsi="Arial" w:cs="Arial"/>
        </w:rPr>
        <w:t xml:space="preserve">Mgr. </w:t>
      </w:r>
      <w:r w:rsidR="00A275B5" w:rsidRPr="00195833">
        <w:rPr>
          <w:rFonts w:ascii="Arial" w:hAnsi="Arial" w:cs="Arial"/>
        </w:rPr>
        <w:t xml:space="preserve">Šárka </w:t>
      </w:r>
      <w:proofErr w:type="spellStart"/>
      <w:r w:rsidR="00A275B5" w:rsidRPr="00195833">
        <w:rPr>
          <w:rFonts w:ascii="Arial" w:hAnsi="Arial" w:cs="Arial"/>
        </w:rPr>
        <w:t>Portyšová</w:t>
      </w:r>
      <w:proofErr w:type="spellEnd"/>
      <w:r w:rsidRPr="00195833">
        <w:rPr>
          <w:rFonts w:ascii="Arial" w:hAnsi="Arial" w:cs="Arial"/>
        </w:rPr>
        <w:t xml:space="preserve"> </w:t>
      </w:r>
    </w:p>
    <w:p w14:paraId="7EEDCB5F" w14:textId="77777777" w:rsidR="00042F78" w:rsidRPr="00195833" w:rsidRDefault="00042F78" w:rsidP="0018443F">
      <w:pPr>
        <w:spacing w:after="120"/>
        <w:jc w:val="both"/>
        <w:rPr>
          <w:rFonts w:ascii="Arial" w:hAnsi="Arial" w:cs="Arial"/>
          <w:b/>
          <w:sz w:val="22"/>
        </w:rPr>
      </w:pPr>
    </w:p>
    <w:p w14:paraId="2BBF0AD9" w14:textId="77777777" w:rsidR="00042F78" w:rsidRPr="00195833" w:rsidRDefault="00042F78" w:rsidP="00042F78">
      <w:pPr>
        <w:pStyle w:val="Bezmezer"/>
        <w:rPr>
          <w:rFonts w:ascii="Arial" w:hAnsi="Arial" w:cs="Arial"/>
        </w:rPr>
      </w:pPr>
    </w:p>
    <w:sectPr w:rsidR="00042F78" w:rsidRPr="00195833" w:rsidSect="00337AE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7F83B08"/>
    <w:multiLevelType w:val="hybridMultilevel"/>
    <w:tmpl w:val="DA70770A"/>
    <w:lvl w:ilvl="0" w:tplc="040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0" w15:restartNumberingAfterBreak="0">
    <w:nsid w:val="2AA8222C"/>
    <w:multiLevelType w:val="hybridMultilevel"/>
    <w:tmpl w:val="7242DA08"/>
    <w:lvl w:ilvl="0" w:tplc="C132407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F924DD"/>
    <w:multiLevelType w:val="hybridMultilevel"/>
    <w:tmpl w:val="BEA20108"/>
    <w:lvl w:ilvl="0" w:tplc="C132407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2C2BA3"/>
    <w:multiLevelType w:val="hybridMultilevel"/>
    <w:tmpl w:val="253CBCCA"/>
    <w:lvl w:ilvl="0" w:tplc="C132407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7C5829"/>
    <w:multiLevelType w:val="hybridMultilevel"/>
    <w:tmpl w:val="671AC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0477167">
    <w:abstractNumId w:val="8"/>
  </w:num>
  <w:num w:numId="2" w16cid:durableId="1015618434">
    <w:abstractNumId w:val="6"/>
  </w:num>
  <w:num w:numId="3" w16cid:durableId="514077257">
    <w:abstractNumId w:val="5"/>
  </w:num>
  <w:num w:numId="4" w16cid:durableId="1704359024">
    <w:abstractNumId w:val="4"/>
  </w:num>
  <w:num w:numId="5" w16cid:durableId="2075885198">
    <w:abstractNumId w:val="7"/>
  </w:num>
  <w:num w:numId="6" w16cid:durableId="1692103190">
    <w:abstractNumId w:val="3"/>
  </w:num>
  <w:num w:numId="7" w16cid:durableId="242687206">
    <w:abstractNumId w:val="2"/>
  </w:num>
  <w:num w:numId="8" w16cid:durableId="906720730">
    <w:abstractNumId w:val="1"/>
  </w:num>
  <w:num w:numId="9" w16cid:durableId="979460357">
    <w:abstractNumId w:val="0"/>
  </w:num>
  <w:num w:numId="10" w16cid:durableId="23559737">
    <w:abstractNumId w:val="9"/>
  </w:num>
  <w:num w:numId="11" w16cid:durableId="578759097">
    <w:abstractNumId w:val="13"/>
  </w:num>
  <w:num w:numId="12" w16cid:durableId="380443585">
    <w:abstractNumId w:val="12"/>
  </w:num>
  <w:num w:numId="13" w16cid:durableId="494760862">
    <w:abstractNumId w:val="11"/>
  </w:num>
  <w:num w:numId="14" w16cid:durableId="2384867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23F"/>
    <w:rsid w:val="000155D3"/>
    <w:rsid w:val="0003279C"/>
    <w:rsid w:val="00034616"/>
    <w:rsid w:val="00042F78"/>
    <w:rsid w:val="0006063C"/>
    <w:rsid w:val="00072B37"/>
    <w:rsid w:val="00093DBB"/>
    <w:rsid w:val="000E2314"/>
    <w:rsid w:val="000F67A0"/>
    <w:rsid w:val="00100493"/>
    <w:rsid w:val="0015074B"/>
    <w:rsid w:val="001678AA"/>
    <w:rsid w:val="0018443F"/>
    <w:rsid w:val="001849B4"/>
    <w:rsid w:val="00195833"/>
    <w:rsid w:val="002219CE"/>
    <w:rsid w:val="0029639D"/>
    <w:rsid w:val="002A125B"/>
    <w:rsid w:val="002F6026"/>
    <w:rsid w:val="00326F90"/>
    <w:rsid w:val="00337AE6"/>
    <w:rsid w:val="003C4481"/>
    <w:rsid w:val="004C5663"/>
    <w:rsid w:val="004F4C6C"/>
    <w:rsid w:val="005B4562"/>
    <w:rsid w:val="006861EF"/>
    <w:rsid w:val="00783704"/>
    <w:rsid w:val="00796AE7"/>
    <w:rsid w:val="007C6DD7"/>
    <w:rsid w:val="00855CA3"/>
    <w:rsid w:val="0087080A"/>
    <w:rsid w:val="008F6784"/>
    <w:rsid w:val="0098164B"/>
    <w:rsid w:val="00A275B5"/>
    <w:rsid w:val="00AA1D8D"/>
    <w:rsid w:val="00B24087"/>
    <w:rsid w:val="00B34822"/>
    <w:rsid w:val="00B47730"/>
    <w:rsid w:val="00B5368A"/>
    <w:rsid w:val="00C1037E"/>
    <w:rsid w:val="00C46424"/>
    <w:rsid w:val="00CB0664"/>
    <w:rsid w:val="00DF04CD"/>
    <w:rsid w:val="00F00321"/>
    <w:rsid w:val="00F255A5"/>
    <w:rsid w:val="00F31203"/>
    <w:rsid w:val="00F35D9A"/>
    <w:rsid w:val="00F41EC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2A6ADA"/>
  <w14:defaultImageDpi w14:val="300"/>
  <w15:docId w15:val="{0A607C1E-B27A-41A6-8193-355C88263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Aptos" w:hAnsi="Aptos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sv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1545</Words>
  <Characters>9119</Characters>
  <Application>Microsoft Office Word</Application>
  <DocSecurity>0</DocSecurity>
  <Lines>75</Lines>
  <Paragraphs>21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10643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Obec Úhřetice</cp:lastModifiedBy>
  <cp:revision>4</cp:revision>
  <cp:lastPrinted>2026-09-30T05:43:00Z</cp:lastPrinted>
  <dcterms:created xsi:type="dcterms:W3CDTF">2026-09-30T05:26:00Z</dcterms:created>
  <dcterms:modified xsi:type="dcterms:W3CDTF">2026-09-30T05:47:00Z</dcterms:modified>
  <cp:category/>
</cp:coreProperties>
</file>